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right"/>
      </w:pPr>
      <w:r>
        <w:drawing>
          <wp:inline xmlns:a="http://schemas.openxmlformats.org/drawingml/2006/main" xmlns:pic="http://schemas.openxmlformats.org/drawingml/2006/picture">
            <wp:extent cx="1234440" cy="837830"/>
            <wp:docPr id="1" name="Picture 1" descr="Image: image1.png"/>
            <wp:cNvGraphicFramePr>
              <a:graphicFrameLocks noChangeAspect="1"/>
            </wp:cNvGraphicFramePr>
            <a:graphic>
              <a:graphicData uri="http://schemas.openxmlformats.org/drawingml/2006/picture">
                <pic:pic>
                  <pic:nvPicPr>
                    <pic:cNvPr id="0" name="PPP_logo_A1_base_color_from_A1_shield.png"/>
                    <pic:cNvPicPr/>
                  </pic:nvPicPr>
                  <pic:blipFill>
                    <a:blip r:embed="rId11"/>
                    <a:stretch>
                      <a:fillRect/>
                    </a:stretch>
                  </pic:blipFill>
                  <pic:spPr>
                    <a:xfrm>
                      <a:off x="0" y="0"/>
                      <a:ext cx="1234440" cy="837830"/>
                    </a:xfrm>
                    <a:prstGeom prst="rect"/>
                  </pic:spPr>
                </pic:pic>
              </a:graphicData>
            </a:graphic>
          </wp:inline>
        </w:drawing>
      </w:r>
    </w:p>
    <w:p>
      <w:pPr>
        <w:spacing w:before="360"/>
      </w:pPr>
      <w:r>
        <w:rPr>
          <w:rFonts w:ascii="Calibri" w:hAnsi="Calibri" w:eastAsia="Microsoft YaHei"/>
          <w:b/>
          <w:color w:val="002B5C"/>
          <w:sz w:val="56"/>
        </w:rPr>
        <w:t>Pacific People Partners</w:t>
      </w:r>
    </w:p>
    <w:p>
      <w:r>
        <w:rPr>
          <w:rFonts w:ascii="Calibri" w:hAnsi="Calibri" w:eastAsia="Microsoft YaHei"/>
          <w:b/>
          <w:color w:val="BF0A30"/>
          <w:sz w:val="44"/>
        </w:rPr>
        <w:t>企业愿景与文化手册</w:t>
      </w:r>
    </w:p>
    <w:p>
      <w:pPr>
        <w:pBdr>
          <w:bottom w:val="single" w:sz="8" w:space="6" w:color="BF0A30"/>
        </w:pBdr>
      </w:pPr>
      <w:r>
        <w:rPr>
          <w:rFonts w:ascii="Calibri" w:hAnsi="Calibri" w:eastAsia="Microsoft YaHei"/>
          <w:b/>
          <w:color w:val="0057B8"/>
          <w:sz w:val="24"/>
        </w:rPr>
        <w:t>Equal Rights to Work · Dignity at Work · Partnership for People</w:t>
      </w:r>
    </w:p>
    <w:p>
      <w:pPr>
        <w:spacing w:after="120"/>
      </w:pPr>
      <w:r>
        <w:rPr>
          <w:rFonts w:ascii="Calibri" w:hAnsi="Calibri" w:eastAsia="Microsoft YaHei"/>
          <w:b w:val="0"/>
          <w:color w:val="5A626E"/>
          <w:sz w:val="18"/>
        </w:rPr>
        <w:t>版本：V2.0 增强版 | 适用：PPP泰国公司、核心团队、驻厂团队、派遣/EOR/招聘业务团队</w:t>
      </w:r>
    </w:p>
    <w:p>
      <w:pPr>
        <w:pStyle w:val="Heading1"/>
        <w:spacing w:after="120"/>
      </w:pPr>
      <w:r>
        <w:rPr>
          <w:rFonts w:ascii="Calibri" w:hAnsi="Calibri" w:eastAsia="Microsoft YaHei"/>
          <w:b w:val="0"/>
          <w:sz w:val="21"/>
        </w:rPr>
        <w:t>1. 企业愿景 Vision</w:t>
      </w:r>
    </w:p>
    <w:p>
      <w:pPr>
        <w:pStyle w:val="Heading2"/>
        <w:spacing w:after="120"/>
      </w:pPr>
      <w:r>
        <w:rPr>
          <w:rFonts w:ascii="Calibri" w:hAnsi="Calibri" w:eastAsia="Microsoft YaHei"/>
          <w:b w:val="0"/>
          <w:sz w:val="21"/>
        </w:rPr>
        <w:t>中文愿景</w:t>
      </w:r>
    </w:p>
    <w:p>
      <w:pPr>
        <w:spacing w:after="120"/>
      </w:pPr>
      <w:r>
        <w:rPr>
          <w:rFonts w:ascii="Calibri" w:hAnsi="Calibri" w:eastAsia="Microsoft YaHei"/>
          <w:b/>
          <w:color w:val="002B5C"/>
          <w:sz w:val="28"/>
        </w:rPr>
        <w:t>让每个人都拥有被尊重、被看见、平等工作的权利。</w:t>
      </w:r>
    </w:p>
    <w:p>
      <w:pPr>
        <w:pStyle w:val="Heading2"/>
        <w:spacing w:after="120"/>
      </w:pPr>
      <w:r>
        <w:rPr>
          <w:rFonts w:ascii="Calibri" w:hAnsi="Calibri" w:eastAsia="Microsoft YaHei"/>
          <w:b w:val="0"/>
          <w:sz w:val="21"/>
        </w:rPr>
        <w:t>英文愿景</w:t>
      </w:r>
    </w:p>
    <w:p>
      <w:pPr>
        <w:spacing w:after="120"/>
      </w:pPr>
      <w:r>
        <w:rPr>
          <w:rFonts w:ascii="Calibri" w:hAnsi="Calibri" w:eastAsia="Microsoft YaHei"/>
          <w:b/>
          <w:color w:val="002B5C"/>
          <w:sz w:val="26"/>
        </w:rPr>
        <w:t>To build a workforce community where every person has an equal right to dignified work.</w:t>
      </w:r>
    </w:p>
    <w:p>
      <w:pPr>
        <w:pStyle w:val="Heading2"/>
        <w:spacing w:after="120"/>
      </w:pPr>
      <w:r>
        <w:rPr>
          <w:rFonts w:ascii="Calibri" w:hAnsi="Calibri" w:eastAsia="Microsoft YaHei"/>
          <w:b w:val="0"/>
          <w:sz w:val="21"/>
        </w:rPr>
        <w:t>愿景说明</w:t>
      </w:r>
    </w:p>
    <w:p>
      <w:pPr>
        <w:pStyle w:val="ListBullet"/>
        <w:spacing w:after="80"/>
      </w:pPr>
      <w:r>
        <w:rPr>
          <w:rFonts w:ascii="Calibri" w:hAnsi="Calibri" w:eastAsia="Microsoft YaHei"/>
          <w:b w:val="0"/>
          <w:sz w:val="21"/>
        </w:rPr>
        <w:t>我们相信，工作不只是收入来源，也是一个人获得尊严、稳定、成长和社会连接的方式。</w:t>
      </w:r>
    </w:p>
    <w:p>
      <w:pPr>
        <w:pStyle w:val="ListBullet"/>
        <w:spacing w:after="80"/>
      </w:pPr>
      <w:r>
        <w:rPr>
          <w:rFonts w:ascii="Calibri" w:hAnsi="Calibri" w:eastAsia="Microsoft YaHei"/>
          <w:b w:val="0"/>
          <w:sz w:val="21"/>
        </w:rPr>
        <w:t>无论员工来自泰国、中国、缅甸或其他国家，无论岗位在办公室、工厂、宿舍、客户现场或跨境项目，每个人都应被清楚告知权利、责任、收入和工作条件。</w:t>
      </w:r>
    </w:p>
    <w:p>
      <w:pPr>
        <w:pStyle w:val="ListBullet"/>
        <w:spacing w:after="80"/>
      </w:pPr>
      <w:r>
        <w:rPr>
          <w:rFonts w:ascii="Calibri" w:hAnsi="Calibri" w:eastAsia="Microsoft YaHei"/>
          <w:b w:val="0"/>
          <w:sz w:val="21"/>
        </w:rPr>
        <w:t>平等工作的权利不是让所有人做一样的工作、拿一样的工资，而是在同等规则下被公平对待，在合法、安全、透明的环境中工作。</w:t>
      </w:r>
    </w:p>
    <w:p>
      <w:pPr>
        <w:pStyle w:val="ListBullet"/>
        <w:spacing w:after="80"/>
      </w:pPr>
      <w:r>
        <w:rPr>
          <w:rFonts w:ascii="Calibri" w:hAnsi="Calibri" w:eastAsia="Microsoft YaHei"/>
          <w:b w:val="0"/>
          <w:sz w:val="21"/>
        </w:rPr>
        <w:t>PPP存在的意义，是把企业的用工需求和劳动者的尊严、安全、成长连接起来。</w:t>
      </w:r>
    </w:p>
    <w:p>
      <w:pPr>
        <w:pStyle w:val="Heading1"/>
        <w:spacing w:after="120"/>
      </w:pPr>
      <w:r>
        <w:rPr>
          <w:rFonts w:ascii="Calibri" w:hAnsi="Calibri" w:eastAsia="Microsoft YaHei"/>
          <w:b w:val="0"/>
          <w:sz w:val="21"/>
        </w:rPr>
        <w:t>2. 企业使命 Mission</w:t>
      </w:r>
    </w:p>
    <w:p>
      <w:pPr>
        <w:spacing w:after="120"/>
      </w:pPr>
      <w:r>
        <w:rPr>
          <w:rFonts w:ascii="Calibri" w:hAnsi="Calibri" w:eastAsia="Microsoft YaHei"/>
          <w:b/>
          <w:color w:val="0B2545"/>
          <w:sz w:val="26"/>
        </w:rPr>
        <w:t>让每个人的价值被看见、被尊重、被放大。</w:t>
      </w:r>
    </w:p>
    <w:p>
      <w:pPr>
        <w:spacing w:after="120"/>
      </w:pPr>
      <w:r>
        <w:rPr>
          <w:rFonts w:ascii="Calibri" w:hAnsi="Calibri" w:eastAsia="Microsoft YaHei"/>
          <w:b/>
          <w:color w:val="0B2545"/>
          <w:sz w:val="24"/>
        </w:rPr>
        <w:t>To make every person’s value seen, respected, and amplified.</w:t>
      </w:r>
    </w:p>
    <w:tbl>
      <w:tblPr>
        <w:tblW w:type="dxa" w:w="9360"/>
        <w:jc w:val="left"/>
        <w:tblLayout w:type="fixed"/>
        <w:tblLook w:firstColumn="1" w:firstRow="1" w:lastColumn="0" w:lastRow="0" w:noHBand="0" w:noVBand="1" w:val="04A0"/>
        <w:tblBorders>
          <w:top w:val="single" w:sz="6" w:space="0" w:color="D6DCE5"/>
          <w:left w:val="single" w:sz="6" w:space="0" w:color="D6DCE5"/>
          <w:bottom w:val="single" w:sz="6" w:space="0" w:color="D6DCE5"/>
          <w:right w:val="single" w:sz="6" w:space="0" w:color="D6DCE5"/>
          <w:insideH w:val="single" w:sz="6" w:space="0" w:color="D6DCE5"/>
          <w:insideV w:val="single" w:sz="6" w:space="0" w:color="D6DCE5"/>
        </w:tblBorders>
      </w:tblPr>
      <w:tblGrid>
        <w:gridCol w:w="2600"/>
        <w:gridCol w:w="6760"/>
      </w:tblGrid>
      <w:tr>
        <w:tc>
          <w:tcPr>
            <w:tcW w:type="dxa" w:w="2600"/>
            <w:tcMar>
              <w:top w:w="80" w:type="dxa"/>
              <w:bottom w:w="80" w:type="dxa"/>
              <w:start w:w="110" w:type="dxa"/>
              <w:end w:w="110" w:type="dxa"/>
            </w:tcMar>
            <w:vAlign w:val="center"/>
            <w:shd w:fill="E8EEF5"/>
          </w:tcPr>
          <w:p>
            <w:pPr>
              <w:spacing w:after="0"/>
            </w:pPr>
            <w:r/>
            <w:r>
              <w:rPr>
                <w:rFonts w:ascii="Calibri" w:hAnsi="Calibri" w:eastAsia="Microsoft YaHei"/>
                <w:b/>
                <w:color w:val="002B5C"/>
                <w:sz w:val="18"/>
              </w:rPr>
              <w:t>使命对象</w:t>
            </w:r>
          </w:p>
        </w:tc>
        <w:tc>
          <w:tcPr>
            <w:tcW w:type="dxa" w:w="6760"/>
            <w:tcMar>
              <w:top w:w="80" w:type="dxa"/>
              <w:bottom w:w="80" w:type="dxa"/>
              <w:start w:w="110" w:type="dxa"/>
              <w:end w:w="110" w:type="dxa"/>
            </w:tcMar>
            <w:vAlign w:val="center"/>
            <w:shd w:fill="E8EEF5"/>
          </w:tcPr>
          <w:p>
            <w:pPr>
              <w:spacing w:after="0"/>
            </w:pPr>
            <w:r/>
            <w:r>
              <w:rPr>
                <w:rFonts w:ascii="Calibri" w:hAnsi="Calibri" w:eastAsia="Microsoft YaHei"/>
                <w:b/>
                <w:color w:val="002B5C"/>
                <w:sz w:val="18"/>
              </w:rPr>
              <w:t>我们的使命</w:t>
            </w:r>
          </w:p>
        </w:tc>
        <w:trPr>
          <w:tblHeader/>
        </w:trPr>
      </w:tr>
      <w:tr>
        <w:tc>
          <w:tcPr>
            <w:tcW w:type="dxa" w:w="2600"/>
            <w:tcMar>
              <w:top w:w="80" w:type="dxa"/>
              <w:bottom w:w="80" w:type="dxa"/>
              <w:start w:w="110" w:type="dxa"/>
              <w:end w:w="110" w:type="dxa"/>
            </w:tcMar>
            <w:vAlign w:val="center"/>
            <w:shd w:fill="FFFFFF"/>
          </w:tcPr>
          <w:p>
            <w:pPr>
              <w:spacing w:after="0"/>
            </w:pPr>
            <w:r/>
            <w:r>
              <w:rPr>
                <w:rFonts w:ascii="Calibri" w:hAnsi="Calibri" w:eastAsia="Microsoft YaHei"/>
                <w:b w:val="0"/>
                <w:sz w:val="18"/>
              </w:rPr>
              <w:t>对员工</w:t>
            </w:r>
          </w:p>
        </w:tc>
        <w:tc>
          <w:tcPr>
            <w:tcW w:type="dxa" w:w="6760"/>
            <w:tcMar>
              <w:top w:w="80" w:type="dxa"/>
              <w:bottom w:w="80" w:type="dxa"/>
              <w:start w:w="110" w:type="dxa"/>
              <w:end w:w="110" w:type="dxa"/>
            </w:tcMar>
            <w:vAlign w:val="center"/>
            <w:shd w:fill="FFFFFF"/>
          </w:tcPr>
          <w:p>
            <w:pPr>
              <w:spacing w:after="0"/>
            </w:pPr>
            <w:r/>
            <w:r>
              <w:rPr>
                <w:rFonts w:ascii="Calibri" w:hAnsi="Calibri" w:eastAsia="Microsoft YaHei"/>
                <w:b w:val="0"/>
                <w:sz w:val="18"/>
              </w:rPr>
              <w:t>保障清晰合同、准时工资、合法社保、平等沟通、安全工作和有效申诉。</w:t>
            </w:r>
          </w:p>
        </w:tc>
      </w:tr>
      <w:tr>
        <w:tc>
          <w:tcPr>
            <w:tcW w:type="dxa" w:w="2600"/>
            <w:tcMar>
              <w:top w:w="80" w:type="dxa"/>
              <w:bottom w:w="80" w:type="dxa"/>
              <w:start w:w="110" w:type="dxa"/>
              <w:end w:w="110" w:type="dxa"/>
            </w:tcMar>
            <w:vAlign w:val="center"/>
            <w:shd w:fill="FFFFFF"/>
          </w:tcPr>
          <w:p>
            <w:pPr>
              <w:spacing w:after="0"/>
            </w:pPr>
            <w:r/>
            <w:r>
              <w:rPr>
                <w:rFonts w:ascii="Calibri" w:hAnsi="Calibri" w:eastAsia="Microsoft YaHei"/>
                <w:b w:val="0"/>
                <w:sz w:val="18"/>
              </w:rPr>
              <w:t>对客户</w:t>
            </w:r>
          </w:p>
        </w:tc>
        <w:tc>
          <w:tcPr>
            <w:tcW w:type="dxa" w:w="6760"/>
            <w:tcMar>
              <w:top w:w="80" w:type="dxa"/>
              <w:bottom w:w="80" w:type="dxa"/>
              <w:start w:w="110" w:type="dxa"/>
              <w:end w:w="110" w:type="dxa"/>
            </w:tcMar>
            <w:vAlign w:val="center"/>
            <w:shd w:fill="FFFFFF"/>
          </w:tcPr>
          <w:p>
            <w:pPr>
              <w:spacing w:after="0"/>
            </w:pPr>
            <w:r/>
            <w:r>
              <w:rPr>
                <w:rFonts w:ascii="Calibri" w:hAnsi="Calibri" w:eastAsia="Microsoft YaHei"/>
                <w:b w:val="0"/>
                <w:sz w:val="18"/>
              </w:rPr>
              <w:t>提供稳定、合规、可追踪的人力资源交付，降低用工波动和劳动争议。</w:t>
            </w:r>
          </w:p>
        </w:tc>
      </w:tr>
      <w:tr>
        <w:tc>
          <w:tcPr>
            <w:tcW w:type="dxa" w:w="2600"/>
            <w:tcMar>
              <w:top w:w="80" w:type="dxa"/>
              <w:bottom w:w="80" w:type="dxa"/>
              <w:start w:w="110" w:type="dxa"/>
              <w:end w:w="110" w:type="dxa"/>
            </w:tcMar>
            <w:vAlign w:val="center"/>
            <w:shd w:fill="FFFFFF"/>
          </w:tcPr>
          <w:p>
            <w:pPr>
              <w:spacing w:after="0"/>
            </w:pPr>
            <w:r/>
            <w:r>
              <w:rPr>
                <w:rFonts w:ascii="Calibri" w:hAnsi="Calibri" w:eastAsia="Microsoft YaHei"/>
                <w:b w:val="0"/>
                <w:sz w:val="18"/>
              </w:rPr>
              <w:t>对管理团队</w:t>
            </w:r>
          </w:p>
        </w:tc>
        <w:tc>
          <w:tcPr>
            <w:tcW w:type="dxa" w:w="6760"/>
            <w:tcMar>
              <w:top w:w="80" w:type="dxa"/>
              <w:bottom w:w="80" w:type="dxa"/>
              <w:start w:w="110" w:type="dxa"/>
              <w:end w:w="110" w:type="dxa"/>
            </w:tcMar>
            <w:vAlign w:val="center"/>
            <w:shd w:fill="FFFFFF"/>
          </w:tcPr>
          <w:p>
            <w:pPr>
              <w:spacing w:after="0"/>
            </w:pPr>
            <w:r/>
            <w:r>
              <w:rPr>
                <w:rFonts w:ascii="Calibri" w:hAnsi="Calibri" w:eastAsia="Microsoft YaHei"/>
                <w:b w:val="0"/>
                <w:sz w:val="18"/>
              </w:rPr>
              <w:t>建立可复制、可审计、可持续的服务标准，而不是靠个人经验和临时处理。</w:t>
            </w:r>
          </w:p>
        </w:tc>
      </w:tr>
      <w:tr>
        <w:tc>
          <w:tcPr>
            <w:tcW w:type="dxa" w:w="2600"/>
            <w:tcMar>
              <w:top w:w="80" w:type="dxa"/>
              <w:bottom w:w="80" w:type="dxa"/>
              <w:start w:w="110" w:type="dxa"/>
              <w:end w:w="110" w:type="dxa"/>
            </w:tcMar>
            <w:vAlign w:val="center"/>
            <w:shd w:fill="FFFFFF"/>
          </w:tcPr>
          <w:p>
            <w:pPr>
              <w:spacing w:after="0"/>
            </w:pPr>
            <w:r/>
            <w:r>
              <w:rPr>
                <w:rFonts w:ascii="Calibri" w:hAnsi="Calibri" w:eastAsia="Microsoft YaHei"/>
                <w:b w:val="0"/>
                <w:sz w:val="18"/>
              </w:rPr>
              <w:t>对社会</w:t>
            </w:r>
          </w:p>
        </w:tc>
        <w:tc>
          <w:tcPr>
            <w:tcW w:type="dxa" w:w="6760"/>
            <w:tcMar>
              <w:top w:w="80" w:type="dxa"/>
              <w:bottom w:w="80" w:type="dxa"/>
              <w:start w:w="110" w:type="dxa"/>
              <w:end w:w="110" w:type="dxa"/>
            </w:tcMar>
            <w:vAlign w:val="center"/>
            <w:shd w:fill="FFFFFF"/>
          </w:tcPr>
          <w:p>
            <w:pPr>
              <w:spacing w:after="0"/>
            </w:pPr>
            <w:r/>
            <w:r>
              <w:rPr>
                <w:rFonts w:ascii="Calibri" w:hAnsi="Calibri" w:eastAsia="Microsoft YaHei"/>
                <w:b w:val="0"/>
                <w:sz w:val="18"/>
              </w:rPr>
              <w:t>推动跨文化、跨国籍、跨岗位的劳动关系更加透明和有序。</w:t>
            </w:r>
          </w:p>
        </w:tc>
      </w:tr>
    </w:tbl>
    <w:p>
      <w:pPr>
        <w:spacing w:after="40"/>
      </w:pPr>
    </w:p>
    <w:p>
      <w:pPr>
        <w:pStyle w:val="Heading1"/>
        <w:spacing w:after="120"/>
      </w:pPr>
      <w:r>
        <w:rPr>
          <w:rFonts w:ascii="Calibri" w:hAnsi="Calibri" w:eastAsia="Microsoft YaHei"/>
          <w:b w:val="0"/>
          <w:sz w:val="21"/>
        </w:rPr>
        <w:t>3. 品牌承诺 Brand Promise</w:t>
      </w:r>
    </w:p>
    <w:p>
      <w:pPr>
        <w:spacing w:after="120"/>
      </w:pPr>
      <w:r>
        <w:rPr>
          <w:rFonts w:ascii="Calibri" w:hAnsi="Calibri" w:eastAsia="Microsoft YaHei"/>
          <w:b/>
          <w:color w:val="002B5C"/>
          <w:sz w:val="26"/>
        </w:rPr>
        <w:t>We protect dignity while delivering workforce results.</w:t>
      </w:r>
    </w:p>
    <w:p>
      <w:pPr>
        <w:spacing w:after="120"/>
      </w:pPr>
      <w:r>
        <w:rPr>
          <w:rFonts w:ascii="Calibri" w:hAnsi="Calibri" w:eastAsia="Microsoft YaHei"/>
          <w:b/>
          <w:color w:val="002B5C"/>
          <w:sz w:val="26"/>
        </w:rPr>
        <w:t>我们在交付结果的同时，守护每一位劳动者的尊严。</w:t>
      </w:r>
    </w:p>
    <w:p>
      <w:pPr>
        <w:pStyle w:val="ListBullet"/>
        <w:spacing w:after="80"/>
      </w:pPr>
      <w:r>
        <w:rPr>
          <w:rFonts w:ascii="Calibri" w:hAnsi="Calibri" w:eastAsia="Microsoft YaHei"/>
          <w:b w:val="0"/>
          <w:sz w:val="21"/>
        </w:rPr>
        <w:t>对员工：不虚假承诺，不隐瞒扣款，不拖欠工资，不扣押证件，不用威胁替代沟通。</w:t>
      </w:r>
    </w:p>
    <w:p>
      <w:pPr>
        <w:pStyle w:val="ListBullet"/>
        <w:spacing w:after="80"/>
      </w:pPr>
      <w:r>
        <w:rPr>
          <w:rFonts w:ascii="Calibri" w:hAnsi="Calibri" w:eastAsia="Microsoft YaHei"/>
          <w:b w:val="0"/>
          <w:sz w:val="21"/>
        </w:rPr>
        <w:t>对客户：不低价乱承诺，不用违法方式解决短期用工，不把风险留给客户。</w:t>
      </w:r>
    </w:p>
    <w:p>
      <w:pPr>
        <w:pStyle w:val="ListBullet"/>
        <w:spacing w:after="80"/>
      </w:pPr>
      <w:r>
        <w:rPr>
          <w:rFonts w:ascii="Calibri" w:hAnsi="Calibri" w:eastAsia="Microsoft YaHei"/>
          <w:b w:val="0"/>
          <w:sz w:val="21"/>
        </w:rPr>
        <w:t>对公司：不牺牲合规换增长，不牺牲信誉换利润，不牺牲员工尊严换交付速度。</w:t>
      </w:r>
    </w:p>
    <w:p>
      <w:pPr>
        <w:pStyle w:val="Heading1"/>
        <w:spacing w:after="120"/>
      </w:pPr>
      <w:r>
        <w:rPr>
          <w:rFonts w:ascii="Calibri" w:hAnsi="Calibri" w:eastAsia="Microsoft YaHei"/>
          <w:b w:val="0"/>
          <w:sz w:val="21"/>
        </w:rPr>
        <w:t>4. 文化核心：三个P</w:t>
      </w:r>
    </w:p>
    <w:tbl>
      <w:tblPr>
        <w:tblW w:type="dxa" w:w="9360"/>
        <w:jc w:val="left"/>
        <w:tblLayout w:type="fixed"/>
        <w:tblLook w:firstColumn="1" w:firstRow="1" w:lastColumn="0" w:lastRow="0" w:noHBand="0" w:noVBand="1" w:val="04A0"/>
        <w:tblBorders>
          <w:top w:val="single" w:sz="6" w:space="0" w:color="D6DCE5"/>
          <w:left w:val="single" w:sz="6" w:space="0" w:color="D6DCE5"/>
          <w:bottom w:val="single" w:sz="6" w:space="0" w:color="D6DCE5"/>
          <w:right w:val="single" w:sz="6" w:space="0" w:color="D6DCE5"/>
          <w:insideH w:val="single" w:sz="6" w:space="0" w:color="D6DCE5"/>
          <w:insideV w:val="single" w:sz="6" w:space="0" w:color="D6DCE5"/>
        </w:tblBorders>
      </w:tblPr>
      <w:tblGrid>
        <w:gridCol w:w="2100"/>
        <w:gridCol w:w="3000"/>
        <w:gridCol w:w="4260"/>
      </w:tblGrid>
      <w:tr>
        <w:tc>
          <w:tcPr>
            <w:tcW w:type="dxa" w:w="2100"/>
            <w:tcMar>
              <w:top w:w="80" w:type="dxa"/>
              <w:bottom w:w="80" w:type="dxa"/>
              <w:start w:w="110" w:type="dxa"/>
              <w:end w:w="110" w:type="dxa"/>
            </w:tcMar>
            <w:vAlign w:val="center"/>
            <w:shd w:fill="E8EEF5"/>
          </w:tcPr>
          <w:p>
            <w:pPr>
              <w:spacing w:after="0"/>
            </w:pPr>
            <w:r/>
            <w:r>
              <w:rPr>
                <w:rFonts w:ascii="Calibri" w:hAnsi="Calibri" w:eastAsia="Microsoft YaHei"/>
                <w:b/>
                <w:color w:val="002B5C"/>
                <w:sz w:val="18"/>
              </w:rPr>
              <w:t>P</w:t>
            </w:r>
          </w:p>
        </w:tc>
        <w:tc>
          <w:tcPr>
            <w:tcW w:type="dxa" w:w="3000"/>
            <w:tcMar>
              <w:top w:w="80" w:type="dxa"/>
              <w:bottom w:w="80" w:type="dxa"/>
              <w:start w:w="110" w:type="dxa"/>
              <w:end w:w="110" w:type="dxa"/>
            </w:tcMar>
            <w:vAlign w:val="center"/>
            <w:shd w:fill="E8EEF5"/>
          </w:tcPr>
          <w:p>
            <w:pPr>
              <w:spacing w:after="0"/>
            </w:pPr>
            <w:r/>
            <w:r>
              <w:rPr>
                <w:rFonts w:ascii="Calibri" w:hAnsi="Calibri" w:eastAsia="Microsoft YaHei"/>
                <w:b/>
                <w:color w:val="002B5C"/>
                <w:sz w:val="18"/>
              </w:rPr>
              <w:t>中文表达</w:t>
            </w:r>
          </w:p>
        </w:tc>
        <w:tc>
          <w:tcPr>
            <w:tcW w:type="dxa" w:w="4260"/>
            <w:tcMar>
              <w:top w:w="80" w:type="dxa"/>
              <w:bottom w:w="80" w:type="dxa"/>
              <w:start w:w="110" w:type="dxa"/>
              <w:end w:w="110" w:type="dxa"/>
            </w:tcMar>
            <w:vAlign w:val="center"/>
            <w:shd w:fill="E8EEF5"/>
          </w:tcPr>
          <w:p>
            <w:pPr>
              <w:spacing w:after="0"/>
            </w:pPr>
            <w:r/>
            <w:r>
              <w:rPr>
                <w:rFonts w:ascii="Calibri" w:hAnsi="Calibri" w:eastAsia="Microsoft YaHei"/>
                <w:b/>
                <w:color w:val="002B5C"/>
                <w:sz w:val="18"/>
              </w:rPr>
              <w:t>核心含义</w:t>
            </w:r>
          </w:p>
        </w:tc>
        <w:trPr>
          <w:tblHeader/>
        </w:trPr>
      </w:tr>
      <w:tr>
        <w:tc>
          <w:tcPr>
            <w:tcW w:type="dxa" w:w="2100"/>
            <w:tcMar>
              <w:top w:w="80" w:type="dxa"/>
              <w:bottom w:w="80" w:type="dxa"/>
              <w:start w:w="110" w:type="dxa"/>
              <w:end w:w="110" w:type="dxa"/>
            </w:tcMar>
            <w:vAlign w:val="center"/>
            <w:shd w:fill="FFFFFF"/>
          </w:tcPr>
          <w:p>
            <w:pPr>
              <w:spacing w:after="0"/>
            </w:pPr>
            <w:r/>
            <w:r>
              <w:rPr>
                <w:rFonts w:ascii="Calibri" w:hAnsi="Calibri" w:eastAsia="Microsoft YaHei"/>
                <w:b w:val="0"/>
                <w:sz w:val="18"/>
              </w:rPr>
              <w:t>People</w:t>
            </w:r>
          </w:p>
        </w:tc>
        <w:tc>
          <w:tcPr>
            <w:tcW w:type="dxa" w:w="3000"/>
            <w:tcMar>
              <w:top w:w="80" w:type="dxa"/>
              <w:bottom w:w="80" w:type="dxa"/>
              <w:start w:w="110" w:type="dxa"/>
              <w:end w:w="110" w:type="dxa"/>
            </w:tcMar>
            <w:vAlign w:val="center"/>
            <w:shd w:fill="FFFFFF"/>
          </w:tcPr>
          <w:p>
            <w:pPr>
              <w:spacing w:after="0"/>
            </w:pPr>
            <w:r/>
            <w:r>
              <w:rPr>
                <w:rFonts w:ascii="Calibri" w:hAnsi="Calibri" w:eastAsia="Microsoft YaHei"/>
                <w:b w:val="0"/>
                <w:sz w:val="18"/>
              </w:rPr>
              <w:t>尊重人</w:t>
            </w:r>
          </w:p>
        </w:tc>
        <w:tc>
          <w:tcPr>
            <w:tcW w:type="dxa" w:w="4260"/>
            <w:tcMar>
              <w:top w:w="80" w:type="dxa"/>
              <w:bottom w:w="80" w:type="dxa"/>
              <w:start w:w="110" w:type="dxa"/>
              <w:end w:w="110" w:type="dxa"/>
            </w:tcMar>
            <w:vAlign w:val="center"/>
            <w:shd w:fill="FFFFFF"/>
          </w:tcPr>
          <w:p>
            <w:pPr>
              <w:spacing w:after="0"/>
            </w:pPr>
            <w:r/>
            <w:r>
              <w:rPr>
                <w:rFonts w:ascii="Calibri" w:hAnsi="Calibri" w:eastAsia="Microsoft YaHei"/>
                <w:b w:val="0"/>
                <w:sz w:val="18"/>
              </w:rPr>
              <w:t>人不是成本项，而是公司存在的根本目的。</w:t>
            </w:r>
          </w:p>
        </w:tc>
      </w:tr>
      <w:tr>
        <w:tc>
          <w:tcPr>
            <w:tcW w:type="dxa" w:w="2100"/>
            <w:tcMar>
              <w:top w:w="80" w:type="dxa"/>
              <w:bottom w:w="80" w:type="dxa"/>
              <w:start w:w="110" w:type="dxa"/>
              <w:end w:w="110" w:type="dxa"/>
            </w:tcMar>
            <w:vAlign w:val="center"/>
            <w:shd w:fill="FFFFFF"/>
          </w:tcPr>
          <w:p>
            <w:pPr>
              <w:spacing w:after="0"/>
            </w:pPr>
            <w:r/>
            <w:r>
              <w:rPr>
                <w:rFonts w:ascii="Calibri" w:hAnsi="Calibri" w:eastAsia="Microsoft YaHei"/>
                <w:b w:val="0"/>
                <w:sz w:val="18"/>
              </w:rPr>
              <w:t>Purpose</w:t>
            </w:r>
          </w:p>
        </w:tc>
        <w:tc>
          <w:tcPr>
            <w:tcW w:type="dxa" w:w="3000"/>
            <w:tcMar>
              <w:top w:w="80" w:type="dxa"/>
              <w:bottom w:w="80" w:type="dxa"/>
              <w:start w:w="110" w:type="dxa"/>
              <w:end w:w="110" w:type="dxa"/>
            </w:tcMar>
            <w:vAlign w:val="center"/>
            <w:shd w:fill="FFFFFF"/>
          </w:tcPr>
          <w:p>
            <w:pPr>
              <w:spacing w:after="0"/>
            </w:pPr>
            <w:r/>
            <w:r>
              <w:rPr>
                <w:rFonts w:ascii="Calibri" w:hAnsi="Calibri" w:eastAsia="Microsoft YaHei"/>
                <w:b w:val="0"/>
                <w:sz w:val="18"/>
              </w:rPr>
              <w:t>成就人</w:t>
            </w:r>
          </w:p>
        </w:tc>
        <w:tc>
          <w:tcPr>
            <w:tcW w:type="dxa" w:w="4260"/>
            <w:tcMar>
              <w:top w:w="80" w:type="dxa"/>
              <w:bottom w:w="80" w:type="dxa"/>
              <w:start w:w="110" w:type="dxa"/>
              <w:end w:w="110" w:type="dxa"/>
            </w:tcMar>
            <w:vAlign w:val="center"/>
            <w:shd w:fill="FFFFFF"/>
          </w:tcPr>
          <w:p>
            <w:pPr>
              <w:spacing w:after="0"/>
            </w:pPr>
            <w:r/>
            <w:r>
              <w:rPr>
                <w:rFonts w:ascii="Calibri" w:hAnsi="Calibri" w:eastAsia="Microsoft YaHei"/>
                <w:b w:val="0"/>
                <w:sz w:val="18"/>
              </w:rPr>
              <w:t>业务不只是招人、派人、管人，而是帮助企业和劳动者共同变得更好。</w:t>
            </w:r>
          </w:p>
        </w:tc>
      </w:tr>
      <w:tr>
        <w:tc>
          <w:tcPr>
            <w:tcW w:type="dxa" w:w="2100"/>
            <w:tcMar>
              <w:top w:w="80" w:type="dxa"/>
              <w:bottom w:w="80" w:type="dxa"/>
              <w:start w:w="110" w:type="dxa"/>
              <w:end w:w="110" w:type="dxa"/>
            </w:tcMar>
            <w:vAlign w:val="center"/>
            <w:shd w:fill="FFFFFF"/>
          </w:tcPr>
          <w:p>
            <w:pPr>
              <w:spacing w:after="0"/>
            </w:pPr>
            <w:r/>
            <w:r>
              <w:rPr>
                <w:rFonts w:ascii="Calibri" w:hAnsi="Calibri" w:eastAsia="Microsoft YaHei"/>
                <w:b w:val="0"/>
                <w:sz w:val="18"/>
              </w:rPr>
              <w:t>Parity</w:t>
            </w:r>
          </w:p>
        </w:tc>
        <w:tc>
          <w:tcPr>
            <w:tcW w:type="dxa" w:w="3000"/>
            <w:tcMar>
              <w:top w:w="80" w:type="dxa"/>
              <w:bottom w:w="80" w:type="dxa"/>
              <w:start w:w="110" w:type="dxa"/>
              <w:end w:w="110" w:type="dxa"/>
            </w:tcMar>
            <w:vAlign w:val="center"/>
            <w:shd w:fill="FFFFFF"/>
          </w:tcPr>
          <w:p>
            <w:pPr>
              <w:spacing w:after="0"/>
            </w:pPr>
            <w:r/>
            <w:r>
              <w:rPr>
                <w:rFonts w:ascii="Calibri" w:hAnsi="Calibri" w:eastAsia="Microsoft YaHei"/>
                <w:b w:val="0"/>
                <w:sz w:val="18"/>
              </w:rPr>
              <w:t>平等待人</w:t>
            </w:r>
          </w:p>
        </w:tc>
        <w:tc>
          <w:tcPr>
            <w:tcW w:type="dxa" w:w="4260"/>
            <w:tcMar>
              <w:top w:w="80" w:type="dxa"/>
              <w:bottom w:w="80" w:type="dxa"/>
              <w:start w:w="110" w:type="dxa"/>
              <w:end w:w="110" w:type="dxa"/>
            </w:tcMar>
            <w:vAlign w:val="center"/>
            <w:shd w:fill="FFFFFF"/>
          </w:tcPr>
          <w:p>
            <w:pPr>
              <w:spacing w:after="0"/>
            </w:pPr>
            <w:r/>
            <w:r>
              <w:rPr>
                <w:rFonts w:ascii="Calibri" w:hAnsi="Calibri" w:eastAsia="Microsoft YaHei"/>
                <w:b w:val="0"/>
                <w:sz w:val="18"/>
              </w:rPr>
              <w:t>不因国籍、语言、性别、岗位、收入、学历或身份差异而改变基本尊重和公平规则。</w:t>
            </w:r>
          </w:p>
        </w:tc>
      </w:tr>
    </w:tbl>
    <w:p>
      <w:pPr>
        <w:spacing w:after="40"/>
      </w:pPr>
    </w:p>
    <w:p>
      <w:pPr>
        <w:pStyle w:val="Heading2"/>
        <w:spacing w:after="120"/>
      </w:pPr>
      <w:r>
        <w:rPr>
          <w:rFonts w:ascii="Calibri" w:hAnsi="Calibri" w:eastAsia="Microsoft YaHei"/>
          <w:b w:val="0"/>
          <w:sz w:val="21"/>
        </w:rPr>
        <w:t>文化主张</w:t>
      </w:r>
    </w:p>
    <w:p>
      <w:pPr>
        <w:spacing w:after="120"/>
      </w:pPr>
      <w:r>
        <w:rPr>
          <w:rFonts w:ascii="Calibri" w:hAnsi="Calibri" w:eastAsia="Microsoft YaHei"/>
          <w:b/>
          <w:color w:val="BF0A30"/>
          <w:sz w:val="28"/>
        </w:rPr>
        <w:t>People First. Purpose Driven. Parity Always.</w:t>
      </w:r>
    </w:p>
    <w:p>
      <w:pPr>
        <w:spacing w:after="120"/>
      </w:pPr>
      <w:r>
        <w:rPr>
          <w:rFonts w:ascii="Calibri" w:hAnsi="Calibri" w:eastAsia="Microsoft YaHei"/>
          <w:b/>
          <w:color w:val="BF0A30"/>
          <w:sz w:val="26"/>
        </w:rPr>
        <w:t>以人为先，以使命为驱动，以平等为准则。</w:t>
      </w:r>
    </w:p>
    <w:p>
      <w:pPr>
        <w:pStyle w:val="Heading1"/>
        <w:spacing w:after="120"/>
      </w:pPr>
      <w:r>
        <w:rPr>
          <w:rFonts w:ascii="Calibri" w:hAnsi="Calibri" w:eastAsia="Microsoft YaHei"/>
          <w:b w:val="0"/>
          <w:sz w:val="21"/>
        </w:rPr>
        <w:t>5. Slogan 口号体系</w:t>
      </w:r>
    </w:p>
    <w:tbl>
      <w:tblPr>
        <w:tblW w:type="dxa" w:w="9360"/>
        <w:jc w:val="left"/>
        <w:tblLayout w:type="fixed"/>
        <w:tblLook w:firstColumn="1" w:firstRow="1" w:lastColumn="0" w:lastRow="0" w:noHBand="0" w:noVBand="1" w:val="04A0"/>
        <w:tblBorders>
          <w:top w:val="single" w:sz="6" w:space="0" w:color="D6DCE5"/>
          <w:left w:val="single" w:sz="6" w:space="0" w:color="D6DCE5"/>
          <w:bottom w:val="single" w:sz="6" w:space="0" w:color="D6DCE5"/>
          <w:right w:val="single" w:sz="6" w:space="0" w:color="D6DCE5"/>
          <w:insideH w:val="single" w:sz="6" w:space="0" w:color="D6DCE5"/>
          <w:insideV w:val="single" w:sz="6" w:space="0" w:color="D6DCE5"/>
        </w:tblBorders>
      </w:tblPr>
      <w:tblGrid>
        <w:gridCol w:w="2100"/>
        <w:gridCol w:w="3000"/>
        <w:gridCol w:w="4260"/>
      </w:tblGrid>
      <w:tr>
        <w:tc>
          <w:tcPr>
            <w:tcW w:type="dxa" w:w="2100"/>
            <w:tcMar>
              <w:top w:w="80" w:type="dxa"/>
              <w:bottom w:w="80" w:type="dxa"/>
              <w:start w:w="110" w:type="dxa"/>
              <w:end w:w="110" w:type="dxa"/>
            </w:tcMar>
            <w:vAlign w:val="center"/>
            <w:shd w:fill="E8EEF5"/>
          </w:tcPr>
          <w:p>
            <w:pPr>
              <w:spacing w:after="0"/>
            </w:pPr>
            <w:r/>
            <w:r>
              <w:rPr>
                <w:rFonts w:ascii="Calibri" w:hAnsi="Calibri" w:eastAsia="Microsoft YaHei"/>
                <w:b/>
                <w:color w:val="002B5C"/>
                <w:sz w:val="18"/>
              </w:rPr>
              <w:t>用途</w:t>
            </w:r>
          </w:p>
        </w:tc>
        <w:tc>
          <w:tcPr>
            <w:tcW w:type="dxa" w:w="3000"/>
            <w:tcMar>
              <w:top w:w="80" w:type="dxa"/>
              <w:bottom w:w="80" w:type="dxa"/>
              <w:start w:w="110" w:type="dxa"/>
              <w:end w:w="110" w:type="dxa"/>
            </w:tcMar>
            <w:vAlign w:val="center"/>
            <w:shd w:fill="E8EEF5"/>
          </w:tcPr>
          <w:p>
            <w:pPr>
              <w:spacing w:after="0"/>
            </w:pPr>
            <w:r/>
            <w:r>
              <w:rPr>
                <w:rFonts w:ascii="Calibri" w:hAnsi="Calibri" w:eastAsia="Microsoft YaHei"/>
                <w:b/>
                <w:color w:val="002B5C"/>
                <w:sz w:val="18"/>
              </w:rPr>
              <w:t>英文口号</w:t>
            </w:r>
          </w:p>
        </w:tc>
        <w:tc>
          <w:tcPr>
            <w:tcW w:type="dxa" w:w="4260"/>
            <w:tcMar>
              <w:top w:w="80" w:type="dxa"/>
              <w:bottom w:w="80" w:type="dxa"/>
              <w:start w:w="110" w:type="dxa"/>
              <w:end w:w="110" w:type="dxa"/>
            </w:tcMar>
            <w:vAlign w:val="center"/>
            <w:shd w:fill="E8EEF5"/>
          </w:tcPr>
          <w:p>
            <w:pPr>
              <w:spacing w:after="0"/>
            </w:pPr>
            <w:r/>
            <w:r>
              <w:rPr>
                <w:rFonts w:ascii="Calibri" w:hAnsi="Calibri" w:eastAsia="Microsoft YaHei"/>
                <w:b/>
                <w:color w:val="002B5C"/>
                <w:sz w:val="18"/>
              </w:rPr>
              <w:t>中文口号</w:t>
            </w:r>
          </w:p>
        </w:tc>
        <w:trPr>
          <w:tblHeader/>
        </w:trPr>
      </w:tr>
      <w:tr>
        <w:tc>
          <w:tcPr>
            <w:tcW w:type="dxa" w:w="2100"/>
            <w:tcMar>
              <w:top w:w="80" w:type="dxa"/>
              <w:bottom w:w="80" w:type="dxa"/>
              <w:start w:w="110" w:type="dxa"/>
              <w:end w:w="110" w:type="dxa"/>
            </w:tcMar>
            <w:vAlign w:val="center"/>
            <w:shd w:fill="FFFFFF"/>
          </w:tcPr>
          <w:p>
            <w:pPr>
              <w:spacing w:after="0"/>
            </w:pPr>
            <w:r/>
            <w:r>
              <w:rPr>
                <w:rFonts w:ascii="Calibri" w:hAnsi="Calibri" w:eastAsia="Microsoft YaHei"/>
                <w:b w:val="0"/>
                <w:sz w:val="18"/>
              </w:rPr>
              <w:t>主口号</w:t>
            </w:r>
          </w:p>
        </w:tc>
        <w:tc>
          <w:tcPr>
            <w:tcW w:type="dxa" w:w="3000"/>
            <w:tcMar>
              <w:top w:w="80" w:type="dxa"/>
              <w:bottom w:w="80" w:type="dxa"/>
              <w:start w:w="110" w:type="dxa"/>
              <w:end w:w="110" w:type="dxa"/>
            </w:tcMar>
            <w:vAlign w:val="center"/>
            <w:shd w:fill="FFFFFF"/>
          </w:tcPr>
          <w:p>
            <w:pPr>
              <w:spacing w:after="0"/>
            </w:pPr>
            <w:r/>
            <w:r>
              <w:rPr>
                <w:rFonts w:ascii="Calibri" w:hAnsi="Calibri" w:eastAsia="Microsoft YaHei"/>
                <w:b w:val="0"/>
                <w:sz w:val="18"/>
              </w:rPr>
              <w:t>People First. Purpose Driven. Parity Always.</w:t>
            </w:r>
          </w:p>
        </w:tc>
        <w:tc>
          <w:tcPr>
            <w:tcW w:type="dxa" w:w="4260"/>
            <w:tcMar>
              <w:top w:w="80" w:type="dxa"/>
              <w:bottom w:w="80" w:type="dxa"/>
              <w:start w:w="110" w:type="dxa"/>
              <w:end w:w="110" w:type="dxa"/>
            </w:tcMar>
            <w:vAlign w:val="center"/>
            <w:shd w:fill="FFFFFF"/>
          </w:tcPr>
          <w:p>
            <w:pPr>
              <w:spacing w:after="0"/>
            </w:pPr>
            <w:r/>
            <w:r>
              <w:rPr>
                <w:rFonts w:ascii="Calibri" w:hAnsi="Calibri" w:eastAsia="Microsoft YaHei"/>
                <w:b w:val="0"/>
                <w:sz w:val="18"/>
              </w:rPr>
              <w:t>以人为先，以使命为驱动，以平等为准则。</w:t>
            </w:r>
          </w:p>
        </w:tc>
      </w:tr>
      <w:tr>
        <w:tc>
          <w:tcPr>
            <w:tcW w:type="dxa" w:w="2100"/>
            <w:tcMar>
              <w:top w:w="80" w:type="dxa"/>
              <w:bottom w:w="80" w:type="dxa"/>
              <w:start w:w="110" w:type="dxa"/>
              <w:end w:w="110" w:type="dxa"/>
            </w:tcMar>
            <w:vAlign w:val="center"/>
            <w:shd w:fill="FFFFFF"/>
          </w:tcPr>
          <w:p>
            <w:pPr>
              <w:spacing w:after="0"/>
            </w:pPr>
            <w:r/>
            <w:r>
              <w:rPr>
                <w:rFonts w:ascii="Calibri" w:hAnsi="Calibri" w:eastAsia="Microsoft YaHei"/>
                <w:b w:val="0"/>
                <w:sz w:val="18"/>
              </w:rPr>
              <w:t>愿景口号</w:t>
            </w:r>
          </w:p>
        </w:tc>
        <w:tc>
          <w:tcPr>
            <w:tcW w:type="dxa" w:w="3000"/>
            <w:tcMar>
              <w:top w:w="80" w:type="dxa"/>
              <w:bottom w:w="80" w:type="dxa"/>
              <w:start w:w="110" w:type="dxa"/>
              <w:end w:w="110" w:type="dxa"/>
            </w:tcMar>
            <w:vAlign w:val="center"/>
            <w:shd w:fill="FFFFFF"/>
          </w:tcPr>
          <w:p>
            <w:pPr>
              <w:spacing w:after="0"/>
            </w:pPr>
            <w:r/>
            <w:r>
              <w:rPr>
                <w:rFonts w:ascii="Calibri" w:hAnsi="Calibri" w:eastAsia="Microsoft YaHei"/>
                <w:b w:val="0"/>
                <w:sz w:val="18"/>
              </w:rPr>
              <w:t>Equal Rights to Work. Equal Respect at Work.</w:t>
            </w:r>
          </w:p>
        </w:tc>
        <w:tc>
          <w:tcPr>
            <w:tcW w:type="dxa" w:w="4260"/>
            <w:tcMar>
              <w:top w:w="80" w:type="dxa"/>
              <w:bottom w:w="80" w:type="dxa"/>
              <w:start w:w="110" w:type="dxa"/>
              <w:end w:w="110" w:type="dxa"/>
            </w:tcMar>
            <w:vAlign w:val="center"/>
            <w:shd w:fill="FFFFFF"/>
          </w:tcPr>
          <w:p>
            <w:pPr>
              <w:spacing w:after="0"/>
            </w:pPr>
            <w:r/>
            <w:r>
              <w:rPr>
                <w:rFonts w:ascii="Calibri" w:hAnsi="Calibri" w:eastAsia="Microsoft YaHei"/>
                <w:b w:val="0"/>
                <w:sz w:val="18"/>
              </w:rPr>
              <w:t>平等工作的权利，平等被尊重的价值。</w:t>
            </w:r>
          </w:p>
        </w:tc>
      </w:tr>
      <w:tr>
        <w:tc>
          <w:tcPr>
            <w:tcW w:type="dxa" w:w="2100"/>
            <w:tcMar>
              <w:top w:w="80" w:type="dxa"/>
              <w:bottom w:w="80" w:type="dxa"/>
              <w:start w:w="110" w:type="dxa"/>
              <w:end w:w="110" w:type="dxa"/>
            </w:tcMar>
            <w:vAlign w:val="center"/>
            <w:shd w:fill="FFFFFF"/>
          </w:tcPr>
          <w:p>
            <w:pPr>
              <w:spacing w:after="0"/>
            </w:pPr>
            <w:r/>
            <w:r>
              <w:rPr>
                <w:rFonts w:ascii="Calibri" w:hAnsi="Calibri" w:eastAsia="Microsoft YaHei"/>
                <w:b w:val="0"/>
                <w:sz w:val="18"/>
              </w:rPr>
              <w:t>对员工</w:t>
            </w:r>
          </w:p>
        </w:tc>
        <w:tc>
          <w:tcPr>
            <w:tcW w:type="dxa" w:w="3000"/>
            <w:tcMar>
              <w:top w:w="80" w:type="dxa"/>
              <w:bottom w:w="80" w:type="dxa"/>
              <w:start w:w="110" w:type="dxa"/>
              <w:end w:w="110" w:type="dxa"/>
            </w:tcMar>
            <w:vAlign w:val="center"/>
            <w:shd w:fill="FFFFFF"/>
          </w:tcPr>
          <w:p>
            <w:pPr>
              <w:spacing w:after="0"/>
            </w:pPr>
            <w:r/>
            <w:r>
              <w:rPr>
                <w:rFonts w:ascii="Calibri" w:hAnsi="Calibri" w:eastAsia="Microsoft YaHei"/>
                <w:b w:val="0"/>
                <w:sz w:val="18"/>
              </w:rPr>
              <w:t>Your Work Matters. Your Dignity Matters.</w:t>
            </w:r>
          </w:p>
        </w:tc>
        <w:tc>
          <w:tcPr>
            <w:tcW w:type="dxa" w:w="4260"/>
            <w:tcMar>
              <w:top w:w="80" w:type="dxa"/>
              <w:bottom w:w="80" w:type="dxa"/>
              <w:start w:w="110" w:type="dxa"/>
              <w:end w:w="110" w:type="dxa"/>
            </w:tcMar>
            <w:vAlign w:val="center"/>
            <w:shd w:fill="FFFFFF"/>
          </w:tcPr>
          <w:p>
            <w:pPr>
              <w:spacing w:after="0"/>
            </w:pPr>
            <w:r/>
            <w:r>
              <w:rPr>
                <w:rFonts w:ascii="Calibri" w:hAnsi="Calibri" w:eastAsia="Microsoft YaHei"/>
                <w:b w:val="0"/>
                <w:sz w:val="18"/>
              </w:rPr>
              <w:t>你的工作重要，你的尊严同样重要。</w:t>
            </w:r>
          </w:p>
        </w:tc>
      </w:tr>
      <w:tr>
        <w:tc>
          <w:tcPr>
            <w:tcW w:type="dxa" w:w="2100"/>
            <w:tcMar>
              <w:top w:w="80" w:type="dxa"/>
              <w:bottom w:w="80" w:type="dxa"/>
              <w:start w:w="110" w:type="dxa"/>
              <w:end w:w="110" w:type="dxa"/>
            </w:tcMar>
            <w:vAlign w:val="center"/>
            <w:shd w:fill="FFFFFF"/>
          </w:tcPr>
          <w:p>
            <w:pPr>
              <w:spacing w:after="0"/>
            </w:pPr>
            <w:r/>
            <w:r>
              <w:rPr>
                <w:rFonts w:ascii="Calibri" w:hAnsi="Calibri" w:eastAsia="Microsoft YaHei"/>
                <w:b w:val="0"/>
                <w:sz w:val="18"/>
              </w:rPr>
              <w:t>对客户</w:t>
            </w:r>
          </w:p>
        </w:tc>
        <w:tc>
          <w:tcPr>
            <w:tcW w:type="dxa" w:w="3000"/>
            <w:tcMar>
              <w:top w:w="80" w:type="dxa"/>
              <w:bottom w:w="80" w:type="dxa"/>
              <w:start w:w="110" w:type="dxa"/>
              <w:end w:w="110" w:type="dxa"/>
            </w:tcMar>
            <w:vAlign w:val="center"/>
            <w:shd w:fill="FFFFFF"/>
          </w:tcPr>
          <w:p>
            <w:pPr>
              <w:spacing w:after="0"/>
            </w:pPr>
            <w:r/>
            <w:r>
              <w:rPr>
                <w:rFonts w:ascii="Calibri" w:hAnsi="Calibri" w:eastAsia="Microsoft YaHei"/>
                <w:b w:val="0"/>
                <w:sz w:val="18"/>
              </w:rPr>
              <w:t>Reliable People. Responsible Partnership.</w:t>
            </w:r>
          </w:p>
        </w:tc>
        <w:tc>
          <w:tcPr>
            <w:tcW w:type="dxa" w:w="4260"/>
            <w:tcMar>
              <w:top w:w="80" w:type="dxa"/>
              <w:bottom w:w="80" w:type="dxa"/>
              <w:start w:w="110" w:type="dxa"/>
              <w:end w:w="110" w:type="dxa"/>
            </w:tcMar>
            <w:vAlign w:val="center"/>
            <w:shd w:fill="FFFFFF"/>
          </w:tcPr>
          <w:p>
            <w:pPr>
              <w:spacing w:after="0"/>
            </w:pPr>
            <w:r/>
            <w:r>
              <w:rPr>
                <w:rFonts w:ascii="Calibri" w:hAnsi="Calibri" w:eastAsia="Microsoft YaHei"/>
                <w:b w:val="0"/>
                <w:sz w:val="18"/>
              </w:rPr>
              <w:t>可靠的人，负责的伙伴。</w:t>
            </w:r>
          </w:p>
        </w:tc>
      </w:tr>
      <w:tr>
        <w:tc>
          <w:tcPr>
            <w:tcW w:type="dxa" w:w="2100"/>
            <w:tcMar>
              <w:top w:w="80" w:type="dxa"/>
              <w:bottom w:w="80" w:type="dxa"/>
              <w:start w:w="110" w:type="dxa"/>
              <w:end w:w="110" w:type="dxa"/>
            </w:tcMar>
            <w:vAlign w:val="center"/>
            <w:shd w:fill="FFFFFF"/>
          </w:tcPr>
          <w:p>
            <w:pPr>
              <w:spacing w:after="0"/>
            </w:pPr>
            <w:r/>
            <w:r>
              <w:rPr>
                <w:rFonts w:ascii="Calibri" w:hAnsi="Calibri" w:eastAsia="Microsoft YaHei"/>
                <w:b w:val="0"/>
                <w:sz w:val="18"/>
              </w:rPr>
              <w:t>对跨国用工</w:t>
            </w:r>
          </w:p>
        </w:tc>
        <w:tc>
          <w:tcPr>
            <w:tcW w:type="dxa" w:w="3000"/>
            <w:tcMar>
              <w:top w:w="80" w:type="dxa"/>
              <w:bottom w:w="80" w:type="dxa"/>
              <w:start w:w="110" w:type="dxa"/>
              <w:end w:w="110" w:type="dxa"/>
            </w:tcMar>
            <w:vAlign w:val="center"/>
            <w:shd w:fill="FFFFFF"/>
          </w:tcPr>
          <w:p>
            <w:pPr>
              <w:spacing w:after="0"/>
            </w:pPr>
            <w:r/>
            <w:r>
              <w:rPr>
                <w:rFonts w:ascii="Calibri" w:hAnsi="Calibri" w:eastAsia="Microsoft YaHei"/>
                <w:b w:val="0"/>
                <w:sz w:val="18"/>
              </w:rPr>
              <w:t>Connecting People Across the Pacific.</w:t>
            </w:r>
          </w:p>
        </w:tc>
        <w:tc>
          <w:tcPr>
            <w:tcW w:type="dxa" w:w="4260"/>
            <w:tcMar>
              <w:top w:w="80" w:type="dxa"/>
              <w:bottom w:w="80" w:type="dxa"/>
              <w:start w:w="110" w:type="dxa"/>
              <w:end w:w="110" w:type="dxa"/>
            </w:tcMar>
            <w:vAlign w:val="center"/>
            <w:shd w:fill="FFFFFF"/>
          </w:tcPr>
          <w:p>
            <w:pPr>
              <w:spacing w:after="0"/>
            </w:pPr>
            <w:r/>
            <w:r>
              <w:rPr>
                <w:rFonts w:ascii="Calibri" w:hAnsi="Calibri" w:eastAsia="Microsoft YaHei"/>
                <w:b w:val="0"/>
                <w:sz w:val="18"/>
              </w:rPr>
              <w:t>连接泛太平洋的人才与机会。</w:t>
            </w:r>
          </w:p>
        </w:tc>
      </w:tr>
      <w:tr>
        <w:tc>
          <w:tcPr>
            <w:tcW w:type="dxa" w:w="2100"/>
            <w:tcMar>
              <w:top w:w="80" w:type="dxa"/>
              <w:bottom w:w="80" w:type="dxa"/>
              <w:start w:w="110" w:type="dxa"/>
              <w:end w:w="110" w:type="dxa"/>
            </w:tcMar>
            <w:vAlign w:val="center"/>
            <w:shd w:fill="FFFFFF"/>
          </w:tcPr>
          <w:p>
            <w:pPr>
              <w:spacing w:after="0"/>
            </w:pPr>
            <w:r/>
            <w:r>
              <w:rPr>
                <w:rFonts w:ascii="Calibri" w:hAnsi="Calibri" w:eastAsia="Microsoft YaHei"/>
                <w:b w:val="0"/>
                <w:sz w:val="18"/>
              </w:rPr>
              <w:t>对内部管理</w:t>
            </w:r>
          </w:p>
        </w:tc>
        <w:tc>
          <w:tcPr>
            <w:tcW w:type="dxa" w:w="3000"/>
            <w:tcMar>
              <w:top w:w="80" w:type="dxa"/>
              <w:bottom w:w="80" w:type="dxa"/>
              <w:start w:w="110" w:type="dxa"/>
              <w:end w:w="110" w:type="dxa"/>
            </w:tcMar>
            <w:vAlign w:val="center"/>
            <w:shd w:fill="FFFFFF"/>
          </w:tcPr>
          <w:p>
            <w:pPr>
              <w:spacing w:after="0"/>
            </w:pPr>
            <w:r/>
            <w:r>
              <w:rPr>
                <w:rFonts w:ascii="Calibri" w:hAnsi="Calibri" w:eastAsia="Microsoft YaHei"/>
                <w:b w:val="0"/>
                <w:sz w:val="18"/>
              </w:rPr>
              <w:t>Clear Rules. Fair Treatment. Trusted Delivery.</w:t>
            </w:r>
          </w:p>
        </w:tc>
        <w:tc>
          <w:tcPr>
            <w:tcW w:type="dxa" w:w="4260"/>
            <w:tcMar>
              <w:top w:w="80" w:type="dxa"/>
              <w:bottom w:w="80" w:type="dxa"/>
              <w:start w:w="110" w:type="dxa"/>
              <w:end w:w="110" w:type="dxa"/>
            </w:tcMar>
            <w:vAlign w:val="center"/>
            <w:shd w:fill="FFFFFF"/>
          </w:tcPr>
          <w:p>
            <w:pPr>
              <w:spacing w:after="0"/>
            </w:pPr>
            <w:r/>
            <w:r>
              <w:rPr>
                <w:rFonts w:ascii="Calibri" w:hAnsi="Calibri" w:eastAsia="Microsoft YaHei"/>
                <w:b w:val="0"/>
                <w:sz w:val="18"/>
              </w:rPr>
              <w:t>规则清楚，待遇公平，交付可信。</w:t>
            </w:r>
          </w:p>
        </w:tc>
      </w:tr>
    </w:tbl>
    <w:p>
      <w:pPr>
        <w:spacing w:after="40"/>
      </w:pPr>
    </w:p>
    <w:p>
      <w:pPr>
        <w:pStyle w:val="Heading2"/>
        <w:spacing w:after="120"/>
      </w:pPr>
      <w:r>
        <w:rPr>
          <w:rFonts w:ascii="Calibri" w:hAnsi="Calibri" w:eastAsia="Microsoft YaHei"/>
          <w:b w:val="0"/>
          <w:sz w:val="21"/>
        </w:rPr>
        <w:t>推荐对外主标语</w:t>
      </w:r>
    </w:p>
    <w:p>
      <w:pPr>
        <w:spacing w:after="120"/>
      </w:pPr>
      <w:r>
        <w:rPr>
          <w:rFonts w:ascii="Calibri" w:hAnsi="Calibri" w:eastAsia="Microsoft YaHei"/>
          <w:b/>
          <w:color w:val="002B5C"/>
          <w:sz w:val="28"/>
        </w:rPr>
        <w:t>Equal Rights to Work. Equal Respect at Work.</w:t>
      </w:r>
    </w:p>
    <w:p>
      <w:pPr>
        <w:pStyle w:val="Heading2"/>
        <w:spacing w:after="120"/>
      </w:pPr>
      <w:r>
        <w:rPr>
          <w:rFonts w:ascii="Calibri" w:hAnsi="Calibri" w:eastAsia="Microsoft YaHei"/>
          <w:b w:val="0"/>
          <w:sz w:val="21"/>
        </w:rPr>
        <w:t>推荐中文对外主标语</w:t>
      </w:r>
    </w:p>
    <w:p>
      <w:pPr>
        <w:spacing w:after="120"/>
      </w:pPr>
      <w:r>
        <w:rPr>
          <w:rFonts w:ascii="Calibri" w:hAnsi="Calibri" w:eastAsia="Microsoft YaHei"/>
          <w:b/>
          <w:color w:val="002B5C"/>
          <w:sz w:val="28"/>
        </w:rPr>
        <w:t>让每个人都有平等工作的权利。</w:t>
      </w:r>
    </w:p>
    <w:p>
      <w:pPr>
        <w:pStyle w:val="Heading1"/>
        <w:spacing w:after="120"/>
      </w:pPr>
      <w:r>
        <w:rPr>
          <w:rFonts w:ascii="Calibri" w:hAnsi="Calibri" w:eastAsia="Microsoft YaHei"/>
          <w:b w:val="0"/>
          <w:sz w:val="21"/>
        </w:rPr>
        <w:t>6. 对标Google与SpaceX的表达方法</w:t>
      </w:r>
    </w:p>
    <w:p>
      <w:pPr>
        <w:pStyle w:val="Heading2"/>
        <w:spacing w:after="120"/>
      </w:pPr>
      <w:r>
        <w:rPr>
          <w:rFonts w:ascii="Calibri" w:hAnsi="Calibri" w:eastAsia="Microsoft YaHei"/>
          <w:b w:val="0"/>
          <w:sz w:val="21"/>
        </w:rPr>
        <w:t>Google式表达：清晰、开放、服务所有人</w:t>
      </w:r>
    </w:p>
    <w:p>
      <w:pPr>
        <w:pStyle w:val="ListBullet"/>
        <w:spacing w:after="80"/>
      </w:pPr>
      <w:r>
        <w:rPr>
          <w:rFonts w:ascii="Calibri" w:hAnsi="Calibri" w:eastAsia="Microsoft YaHei"/>
          <w:b w:val="0"/>
          <w:sz w:val="21"/>
        </w:rPr>
        <w:t>Google的使命表达给人的启发是：一句话说清楚公司要解决的世界级问题，并强调普遍可及和实际有用。</w:t>
      </w:r>
    </w:p>
    <w:p>
      <w:pPr>
        <w:pStyle w:val="ListBullet"/>
        <w:spacing w:after="80"/>
      </w:pPr>
      <w:r>
        <w:rPr>
          <w:rFonts w:ascii="Calibri" w:hAnsi="Calibri" w:eastAsia="Microsoft YaHei"/>
          <w:b w:val="0"/>
          <w:sz w:val="21"/>
        </w:rPr>
        <w:t>PPP可以借鉴这种结构，把“工作机会、劳动权益、企业用工秩序”作为我们要组织和连接的核心对象。</w:t>
      </w:r>
    </w:p>
    <w:p>
      <w:pPr>
        <w:pStyle w:val="ListBullet"/>
        <w:spacing w:after="80"/>
      </w:pPr>
      <w:r>
        <w:rPr>
          <w:rFonts w:ascii="Calibri" w:hAnsi="Calibri" w:eastAsia="Microsoft YaHei"/>
          <w:b w:val="0"/>
          <w:sz w:val="21"/>
        </w:rPr>
        <w:t>对应到PPP：让用工信息更透明，让工作机会更公平，让劳动权益更容易被理解和保护。</w:t>
      </w:r>
    </w:p>
    <w:p>
      <w:pPr>
        <w:pStyle w:val="Heading2"/>
        <w:spacing w:after="120"/>
      </w:pPr>
      <w:r>
        <w:rPr>
          <w:rFonts w:ascii="Calibri" w:hAnsi="Calibri" w:eastAsia="Microsoft YaHei"/>
          <w:b w:val="0"/>
          <w:sz w:val="21"/>
        </w:rPr>
        <w:t>SpaceX式表达：长期、勇敢、指向未来</w:t>
      </w:r>
    </w:p>
    <w:p>
      <w:pPr>
        <w:pStyle w:val="ListBullet"/>
        <w:spacing w:after="80"/>
      </w:pPr>
      <w:r>
        <w:rPr>
          <w:rFonts w:ascii="Calibri" w:hAnsi="Calibri" w:eastAsia="Microsoft YaHei"/>
          <w:b w:val="0"/>
          <w:sz w:val="21"/>
        </w:rPr>
        <w:t>SpaceX的表达给人的启发是：公司不只做眼前业务，而是用工程化能力推动一个长期未来。</w:t>
      </w:r>
    </w:p>
    <w:p>
      <w:pPr>
        <w:pStyle w:val="ListBullet"/>
        <w:spacing w:after="80"/>
      </w:pPr>
      <w:r>
        <w:rPr>
          <w:rFonts w:ascii="Calibri" w:hAnsi="Calibri" w:eastAsia="Microsoft YaHei"/>
          <w:b w:val="0"/>
          <w:sz w:val="21"/>
        </w:rPr>
        <w:t>PPP可以借鉴这种精神，把人力资源服务从“招人派人”提升到“建设跨国用工基础设施”。</w:t>
      </w:r>
    </w:p>
    <w:p>
      <w:pPr>
        <w:pStyle w:val="ListBullet"/>
        <w:spacing w:after="80"/>
      </w:pPr>
      <w:r>
        <w:rPr>
          <w:rFonts w:ascii="Calibri" w:hAnsi="Calibri" w:eastAsia="Microsoft YaHei"/>
          <w:b w:val="0"/>
          <w:sz w:val="21"/>
        </w:rPr>
        <w:t>对应到PPP：让跨国用工更可靠，让劳动者更有尊严，让企业出海更有秩序。</w:t>
      </w:r>
    </w:p>
    <w:tbl>
      <w:tblPr>
        <w:tblW w:type="dxa" w:w="9360"/>
        <w:jc w:val="left"/>
        <w:tblLayout w:type="fixed"/>
        <w:tblLook w:firstColumn="1" w:firstRow="1" w:lastColumn="0" w:lastRow="0" w:noHBand="0" w:noVBand="1" w:val="04A0"/>
        <w:tblBorders>
          <w:top w:val="single" w:sz="6" w:space="0" w:color="D6DCE5"/>
          <w:left w:val="single" w:sz="6" w:space="0" w:color="D6DCE5"/>
          <w:bottom w:val="single" w:sz="6" w:space="0" w:color="D6DCE5"/>
          <w:right w:val="single" w:sz="6" w:space="0" w:color="D6DCE5"/>
          <w:insideH w:val="single" w:sz="6" w:space="0" w:color="D6DCE5"/>
          <w:insideV w:val="single" w:sz="6" w:space="0" w:color="D6DCE5"/>
        </w:tblBorders>
      </w:tblPr>
      <w:tblGrid>
        <w:gridCol w:w="2100"/>
        <w:gridCol w:w="3000"/>
        <w:gridCol w:w="4260"/>
      </w:tblGrid>
      <w:tr>
        <w:tc>
          <w:tcPr>
            <w:tcW w:type="dxa" w:w="2100"/>
            <w:tcMar>
              <w:top w:w="80" w:type="dxa"/>
              <w:bottom w:w="80" w:type="dxa"/>
              <w:start w:w="110" w:type="dxa"/>
              <w:end w:w="110" w:type="dxa"/>
            </w:tcMar>
            <w:vAlign w:val="center"/>
            <w:shd w:fill="E8EEF5"/>
          </w:tcPr>
          <w:p>
            <w:pPr>
              <w:spacing w:after="0"/>
            </w:pPr>
            <w:r/>
            <w:r>
              <w:rPr>
                <w:rFonts w:ascii="Calibri" w:hAnsi="Calibri" w:eastAsia="Microsoft YaHei"/>
                <w:b/>
                <w:color w:val="002B5C"/>
                <w:sz w:val="18"/>
              </w:rPr>
              <w:t>对标对象</w:t>
            </w:r>
          </w:p>
        </w:tc>
        <w:tc>
          <w:tcPr>
            <w:tcW w:type="dxa" w:w="3000"/>
            <w:tcMar>
              <w:top w:w="80" w:type="dxa"/>
              <w:bottom w:w="80" w:type="dxa"/>
              <w:start w:w="110" w:type="dxa"/>
              <w:end w:w="110" w:type="dxa"/>
            </w:tcMar>
            <w:vAlign w:val="center"/>
            <w:shd w:fill="E8EEF5"/>
          </w:tcPr>
          <w:p>
            <w:pPr>
              <w:spacing w:after="0"/>
            </w:pPr>
            <w:r/>
            <w:r>
              <w:rPr>
                <w:rFonts w:ascii="Calibri" w:hAnsi="Calibri" w:eastAsia="Microsoft YaHei"/>
                <w:b/>
                <w:color w:val="002B5C"/>
                <w:sz w:val="18"/>
              </w:rPr>
              <w:t>表达特征</w:t>
            </w:r>
          </w:p>
        </w:tc>
        <w:tc>
          <w:tcPr>
            <w:tcW w:type="dxa" w:w="4260"/>
            <w:tcMar>
              <w:top w:w="80" w:type="dxa"/>
              <w:bottom w:w="80" w:type="dxa"/>
              <w:start w:w="110" w:type="dxa"/>
              <w:end w:w="110" w:type="dxa"/>
            </w:tcMar>
            <w:vAlign w:val="center"/>
            <w:shd w:fill="E8EEF5"/>
          </w:tcPr>
          <w:p>
            <w:pPr>
              <w:spacing w:after="0"/>
            </w:pPr>
            <w:r/>
            <w:r>
              <w:rPr>
                <w:rFonts w:ascii="Calibri" w:hAnsi="Calibri" w:eastAsia="Microsoft YaHei"/>
                <w:b/>
                <w:color w:val="002B5C"/>
                <w:sz w:val="18"/>
              </w:rPr>
              <w:t>PPP转化</w:t>
            </w:r>
          </w:p>
        </w:tc>
        <w:trPr>
          <w:tblHeader/>
        </w:trPr>
      </w:tr>
      <w:tr>
        <w:tc>
          <w:tcPr>
            <w:tcW w:type="dxa" w:w="2100"/>
            <w:tcMar>
              <w:top w:w="80" w:type="dxa"/>
              <w:bottom w:w="80" w:type="dxa"/>
              <w:start w:w="110" w:type="dxa"/>
              <w:end w:w="110" w:type="dxa"/>
            </w:tcMar>
            <w:vAlign w:val="center"/>
            <w:shd w:fill="FFFFFF"/>
          </w:tcPr>
          <w:p>
            <w:pPr>
              <w:spacing w:after="0"/>
            </w:pPr>
            <w:r/>
            <w:r>
              <w:rPr>
                <w:rFonts w:ascii="Calibri" w:hAnsi="Calibri" w:eastAsia="Microsoft YaHei"/>
                <w:b w:val="0"/>
                <w:sz w:val="18"/>
              </w:rPr>
              <w:t>Google</w:t>
            </w:r>
          </w:p>
        </w:tc>
        <w:tc>
          <w:tcPr>
            <w:tcW w:type="dxa" w:w="3000"/>
            <w:tcMar>
              <w:top w:w="80" w:type="dxa"/>
              <w:bottom w:w="80" w:type="dxa"/>
              <w:start w:w="110" w:type="dxa"/>
              <w:end w:w="110" w:type="dxa"/>
            </w:tcMar>
            <w:vAlign w:val="center"/>
            <w:shd w:fill="FFFFFF"/>
          </w:tcPr>
          <w:p>
            <w:pPr>
              <w:spacing w:after="0"/>
            </w:pPr>
            <w:r/>
            <w:r>
              <w:rPr>
                <w:rFonts w:ascii="Calibri" w:hAnsi="Calibri" w:eastAsia="Microsoft YaHei"/>
                <w:b w:val="0"/>
                <w:sz w:val="18"/>
              </w:rPr>
              <w:t>普遍可及、清晰有用、服务所有人。</w:t>
            </w:r>
          </w:p>
        </w:tc>
        <w:tc>
          <w:tcPr>
            <w:tcW w:type="dxa" w:w="4260"/>
            <w:tcMar>
              <w:top w:w="80" w:type="dxa"/>
              <w:bottom w:w="80" w:type="dxa"/>
              <w:start w:w="110" w:type="dxa"/>
              <w:end w:w="110" w:type="dxa"/>
            </w:tcMar>
            <w:vAlign w:val="center"/>
            <w:shd w:fill="FFFFFF"/>
          </w:tcPr>
          <w:p>
            <w:pPr>
              <w:spacing w:after="0"/>
            </w:pPr>
            <w:r/>
            <w:r>
              <w:rPr>
                <w:rFonts w:ascii="Calibri" w:hAnsi="Calibri" w:eastAsia="Microsoft YaHei"/>
                <w:b w:val="0"/>
                <w:sz w:val="18"/>
              </w:rPr>
              <w:t>让每个人清楚获得工作机会、劳动规则和权益保护。</w:t>
            </w:r>
          </w:p>
        </w:tc>
      </w:tr>
      <w:tr>
        <w:tc>
          <w:tcPr>
            <w:tcW w:type="dxa" w:w="2100"/>
            <w:tcMar>
              <w:top w:w="80" w:type="dxa"/>
              <w:bottom w:w="80" w:type="dxa"/>
              <w:start w:w="110" w:type="dxa"/>
              <w:end w:w="110" w:type="dxa"/>
            </w:tcMar>
            <w:vAlign w:val="center"/>
            <w:shd w:fill="FFFFFF"/>
          </w:tcPr>
          <w:p>
            <w:pPr>
              <w:spacing w:after="0"/>
            </w:pPr>
            <w:r/>
            <w:r>
              <w:rPr>
                <w:rFonts w:ascii="Calibri" w:hAnsi="Calibri" w:eastAsia="Microsoft YaHei"/>
                <w:b w:val="0"/>
                <w:sz w:val="18"/>
              </w:rPr>
              <w:t>SpaceX</w:t>
            </w:r>
          </w:p>
        </w:tc>
        <w:tc>
          <w:tcPr>
            <w:tcW w:type="dxa" w:w="3000"/>
            <w:tcMar>
              <w:top w:w="80" w:type="dxa"/>
              <w:bottom w:w="80" w:type="dxa"/>
              <w:start w:w="110" w:type="dxa"/>
              <w:end w:w="110" w:type="dxa"/>
            </w:tcMar>
            <w:vAlign w:val="center"/>
            <w:shd w:fill="FFFFFF"/>
          </w:tcPr>
          <w:p>
            <w:pPr>
              <w:spacing w:after="0"/>
            </w:pPr>
            <w:r/>
            <w:r>
              <w:rPr>
                <w:rFonts w:ascii="Calibri" w:hAnsi="Calibri" w:eastAsia="Microsoft YaHei"/>
                <w:b w:val="0"/>
                <w:sz w:val="18"/>
              </w:rPr>
              <w:t>长期使命、敢设大目标、用专业能力改变行业。</w:t>
            </w:r>
          </w:p>
        </w:tc>
        <w:tc>
          <w:tcPr>
            <w:tcW w:type="dxa" w:w="4260"/>
            <w:tcMar>
              <w:top w:w="80" w:type="dxa"/>
              <w:bottom w:w="80" w:type="dxa"/>
              <w:start w:w="110" w:type="dxa"/>
              <w:end w:w="110" w:type="dxa"/>
            </w:tcMar>
            <w:vAlign w:val="center"/>
            <w:shd w:fill="FFFFFF"/>
          </w:tcPr>
          <w:p>
            <w:pPr>
              <w:spacing w:after="0"/>
            </w:pPr>
            <w:r/>
            <w:r>
              <w:rPr>
                <w:rFonts w:ascii="Calibri" w:hAnsi="Calibri" w:eastAsia="Microsoft YaHei"/>
                <w:b w:val="0"/>
                <w:sz w:val="18"/>
              </w:rPr>
              <w:t>建设泛太平洋可信赖的人力资源基础设施。</w:t>
            </w:r>
          </w:p>
        </w:tc>
      </w:tr>
      <w:tr>
        <w:tc>
          <w:tcPr>
            <w:tcW w:type="dxa" w:w="2100"/>
            <w:tcMar>
              <w:top w:w="80" w:type="dxa"/>
              <w:bottom w:w="80" w:type="dxa"/>
              <w:start w:w="110" w:type="dxa"/>
              <w:end w:w="110" w:type="dxa"/>
            </w:tcMar>
            <w:vAlign w:val="center"/>
            <w:shd w:fill="FFFFFF"/>
          </w:tcPr>
          <w:p>
            <w:pPr>
              <w:spacing w:after="0"/>
            </w:pPr>
            <w:r/>
            <w:r>
              <w:rPr>
                <w:rFonts w:ascii="Calibri" w:hAnsi="Calibri" w:eastAsia="Microsoft YaHei"/>
                <w:b w:val="0"/>
                <w:sz w:val="18"/>
              </w:rPr>
              <w:t>PPP</w:t>
            </w:r>
          </w:p>
        </w:tc>
        <w:tc>
          <w:tcPr>
            <w:tcW w:type="dxa" w:w="3000"/>
            <w:tcMar>
              <w:top w:w="80" w:type="dxa"/>
              <w:bottom w:w="80" w:type="dxa"/>
              <w:start w:w="110" w:type="dxa"/>
              <w:end w:w="110" w:type="dxa"/>
            </w:tcMar>
            <w:vAlign w:val="center"/>
            <w:shd w:fill="FFFFFF"/>
          </w:tcPr>
          <w:p>
            <w:pPr>
              <w:spacing w:after="0"/>
            </w:pPr>
            <w:r/>
            <w:r>
              <w:rPr>
                <w:rFonts w:ascii="Calibri" w:hAnsi="Calibri" w:eastAsia="Microsoft YaHei"/>
                <w:b w:val="0"/>
                <w:sz w:val="18"/>
              </w:rPr>
              <w:t>以人为核心，以合规为底线，以平等为方向。</w:t>
            </w:r>
          </w:p>
        </w:tc>
        <w:tc>
          <w:tcPr>
            <w:tcW w:type="dxa" w:w="4260"/>
            <w:tcMar>
              <w:top w:w="80" w:type="dxa"/>
              <w:bottom w:w="80" w:type="dxa"/>
              <w:start w:w="110" w:type="dxa"/>
              <w:end w:w="110" w:type="dxa"/>
            </w:tcMar>
            <w:vAlign w:val="center"/>
            <w:shd w:fill="FFFFFF"/>
          </w:tcPr>
          <w:p>
            <w:pPr>
              <w:spacing w:after="0"/>
            </w:pPr>
            <w:r/>
            <w:r>
              <w:rPr>
                <w:rFonts w:ascii="Calibri" w:hAnsi="Calibri" w:eastAsia="Microsoft YaHei"/>
                <w:b w:val="0"/>
                <w:sz w:val="18"/>
              </w:rPr>
              <w:t>让每个人都有平等工作的权利，让每一次用工都值得信任。</w:t>
            </w:r>
          </w:p>
        </w:tc>
      </w:tr>
    </w:tbl>
    <w:p>
      <w:pPr>
        <w:spacing w:after="40"/>
      </w:pPr>
    </w:p>
    <w:p>
      <w:pPr>
        <w:pStyle w:val="Heading1"/>
        <w:spacing w:after="120"/>
      </w:pPr>
      <w:r>
        <w:rPr>
          <w:rFonts w:ascii="Calibri" w:hAnsi="Calibri" w:eastAsia="Microsoft YaHei"/>
          <w:b w:val="0"/>
          <w:sz w:val="21"/>
        </w:rPr>
        <w:t>7. PPP愿景与口号定稿建议</w:t>
      </w:r>
    </w:p>
    <w:tbl>
      <w:tblPr>
        <w:tblW w:type="dxa" w:w="9360"/>
        <w:jc w:val="left"/>
        <w:tblLayout w:type="fixed"/>
        <w:tblLook w:firstColumn="1" w:firstRow="1" w:lastColumn="0" w:lastRow="0" w:noHBand="0" w:noVBand="1" w:val="04A0"/>
        <w:tblBorders>
          <w:top w:val="single" w:sz="6" w:space="0" w:color="D6DCE5"/>
          <w:left w:val="single" w:sz="6" w:space="0" w:color="D6DCE5"/>
          <w:bottom w:val="single" w:sz="6" w:space="0" w:color="D6DCE5"/>
          <w:right w:val="single" w:sz="6" w:space="0" w:color="D6DCE5"/>
          <w:insideH w:val="single" w:sz="6" w:space="0" w:color="D6DCE5"/>
          <w:insideV w:val="single" w:sz="6" w:space="0" w:color="D6DCE5"/>
        </w:tblBorders>
      </w:tblPr>
      <w:tblGrid>
        <w:gridCol w:w="1500"/>
        <w:gridCol w:w="3000"/>
        <w:gridCol w:w="2800"/>
        <w:gridCol w:w="2060"/>
      </w:tblGrid>
      <w:tr>
        <w:tc>
          <w:tcPr>
            <w:tcW w:type="dxa" w:w="1500"/>
            <w:tcMar>
              <w:top w:w="80" w:type="dxa"/>
              <w:bottom w:w="80" w:type="dxa"/>
              <w:start w:w="110" w:type="dxa"/>
              <w:end w:w="110" w:type="dxa"/>
            </w:tcMar>
            <w:vAlign w:val="center"/>
            <w:shd w:fill="E8EEF5"/>
          </w:tcPr>
          <w:p>
            <w:pPr>
              <w:spacing w:after="0"/>
            </w:pPr>
            <w:r/>
            <w:r>
              <w:rPr>
                <w:rFonts w:ascii="Calibri" w:hAnsi="Calibri" w:eastAsia="Microsoft YaHei"/>
                <w:b/>
                <w:color w:val="002B5C"/>
                <w:sz w:val="18"/>
              </w:rPr>
              <w:t>版本</w:t>
            </w:r>
          </w:p>
        </w:tc>
        <w:tc>
          <w:tcPr>
            <w:tcW w:type="dxa" w:w="3000"/>
            <w:tcMar>
              <w:top w:w="80" w:type="dxa"/>
              <w:bottom w:w="80" w:type="dxa"/>
              <w:start w:w="110" w:type="dxa"/>
              <w:end w:w="110" w:type="dxa"/>
            </w:tcMar>
            <w:vAlign w:val="center"/>
            <w:shd w:fill="E8EEF5"/>
          </w:tcPr>
          <w:p>
            <w:pPr>
              <w:spacing w:after="0"/>
            </w:pPr>
            <w:r/>
            <w:r>
              <w:rPr>
                <w:rFonts w:ascii="Calibri" w:hAnsi="Calibri" w:eastAsia="Microsoft YaHei"/>
                <w:b/>
                <w:color w:val="002B5C"/>
                <w:sz w:val="18"/>
              </w:rPr>
              <w:t>英文</w:t>
            </w:r>
          </w:p>
        </w:tc>
        <w:tc>
          <w:tcPr>
            <w:tcW w:type="dxa" w:w="2800"/>
            <w:tcMar>
              <w:top w:w="80" w:type="dxa"/>
              <w:bottom w:w="80" w:type="dxa"/>
              <w:start w:w="110" w:type="dxa"/>
              <w:end w:w="110" w:type="dxa"/>
            </w:tcMar>
            <w:vAlign w:val="center"/>
            <w:shd w:fill="E8EEF5"/>
          </w:tcPr>
          <w:p>
            <w:pPr>
              <w:spacing w:after="0"/>
            </w:pPr>
            <w:r/>
            <w:r>
              <w:rPr>
                <w:rFonts w:ascii="Calibri" w:hAnsi="Calibri" w:eastAsia="Microsoft YaHei"/>
                <w:b/>
                <w:color w:val="002B5C"/>
                <w:sz w:val="18"/>
              </w:rPr>
              <w:t>中文</w:t>
            </w:r>
          </w:p>
        </w:tc>
        <w:tc>
          <w:tcPr>
            <w:tcW w:type="dxa" w:w="2060"/>
            <w:tcMar>
              <w:top w:w="80" w:type="dxa"/>
              <w:bottom w:w="80" w:type="dxa"/>
              <w:start w:w="110" w:type="dxa"/>
              <w:end w:w="110" w:type="dxa"/>
            </w:tcMar>
            <w:vAlign w:val="center"/>
            <w:shd w:fill="E8EEF5"/>
          </w:tcPr>
          <w:p>
            <w:pPr>
              <w:spacing w:after="0"/>
            </w:pPr>
            <w:r/>
            <w:r>
              <w:rPr>
                <w:rFonts w:ascii="Calibri" w:hAnsi="Calibri" w:eastAsia="Microsoft YaHei"/>
                <w:b/>
                <w:color w:val="002B5C"/>
                <w:sz w:val="18"/>
              </w:rPr>
              <w:t>适用场景</w:t>
            </w:r>
          </w:p>
        </w:tc>
        <w:trPr>
          <w:tblHeader/>
        </w:trPr>
      </w:tr>
      <w:tr>
        <w:tc>
          <w:tcPr>
            <w:tcW w:type="dxa" w:w="1500"/>
            <w:tcMar>
              <w:top w:w="80" w:type="dxa"/>
              <w:bottom w:w="80" w:type="dxa"/>
              <w:start w:w="110" w:type="dxa"/>
              <w:end w:w="110" w:type="dxa"/>
            </w:tcMar>
            <w:vAlign w:val="center"/>
            <w:shd w:fill="FFFFFF"/>
          </w:tcPr>
          <w:p>
            <w:pPr>
              <w:spacing w:after="0"/>
            </w:pPr>
            <w:r/>
            <w:r>
              <w:rPr>
                <w:rFonts w:ascii="Calibri" w:hAnsi="Calibri" w:eastAsia="Microsoft YaHei"/>
                <w:b w:val="0"/>
                <w:sz w:val="18"/>
              </w:rPr>
              <w:t>正式愿景</w:t>
            </w:r>
          </w:p>
        </w:tc>
        <w:tc>
          <w:tcPr>
            <w:tcW w:type="dxa" w:w="3000"/>
            <w:tcMar>
              <w:top w:w="80" w:type="dxa"/>
              <w:bottom w:w="80" w:type="dxa"/>
              <w:start w:w="110" w:type="dxa"/>
              <w:end w:w="110" w:type="dxa"/>
            </w:tcMar>
            <w:vAlign w:val="center"/>
            <w:shd w:fill="FFFFFF"/>
          </w:tcPr>
          <w:p>
            <w:pPr>
              <w:spacing w:after="0"/>
            </w:pPr>
            <w:r/>
            <w:r>
              <w:rPr>
                <w:rFonts w:ascii="Calibri" w:hAnsi="Calibri" w:eastAsia="Microsoft YaHei"/>
                <w:b w:val="0"/>
                <w:sz w:val="18"/>
              </w:rPr>
              <w:t>Equal Rights to Work. Equal Respect at Work.</w:t>
            </w:r>
          </w:p>
        </w:tc>
        <w:tc>
          <w:tcPr>
            <w:tcW w:type="dxa" w:w="2800"/>
            <w:tcMar>
              <w:top w:w="80" w:type="dxa"/>
              <w:bottom w:w="80" w:type="dxa"/>
              <w:start w:w="110" w:type="dxa"/>
              <w:end w:w="110" w:type="dxa"/>
            </w:tcMar>
            <w:vAlign w:val="center"/>
            <w:shd w:fill="FFFFFF"/>
          </w:tcPr>
          <w:p>
            <w:pPr>
              <w:spacing w:after="0"/>
            </w:pPr>
            <w:r/>
            <w:r>
              <w:rPr>
                <w:rFonts w:ascii="Calibri" w:hAnsi="Calibri" w:eastAsia="Microsoft YaHei"/>
                <w:b w:val="0"/>
                <w:sz w:val="18"/>
              </w:rPr>
              <w:t>平等工作的权利，平等被尊重的价值。</w:t>
            </w:r>
          </w:p>
        </w:tc>
        <w:tc>
          <w:tcPr>
            <w:tcW w:type="dxa" w:w="2060"/>
            <w:tcMar>
              <w:top w:w="80" w:type="dxa"/>
              <w:bottom w:w="80" w:type="dxa"/>
              <w:start w:w="110" w:type="dxa"/>
              <w:end w:w="110" w:type="dxa"/>
            </w:tcMar>
            <w:vAlign w:val="center"/>
            <w:shd w:fill="FFFFFF"/>
          </w:tcPr>
          <w:p>
            <w:pPr>
              <w:spacing w:after="0"/>
            </w:pPr>
            <w:r/>
            <w:r>
              <w:rPr>
                <w:rFonts w:ascii="Calibri" w:hAnsi="Calibri" w:eastAsia="Microsoft YaHei"/>
                <w:b w:val="0"/>
                <w:sz w:val="18"/>
              </w:rPr>
              <w:t>官网、手册封面、公司介绍。</w:t>
            </w:r>
          </w:p>
        </w:tc>
      </w:tr>
      <w:tr>
        <w:tc>
          <w:tcPr>
            <w:tcW w:type="dxa" w:w="1500"/>
            <w:tcMar>
              <w:top w:w="80" w:type="dxa"/>
              <w:bottom w:w="80" w:type="dxa"/>
              <w:start w:w="110" w:type="dxa"/>
              <w:end w:w="110" w:type="dxa"/>
            </w:tcMar>
            <w:vAlign w:val="center"/>
            <w:shd w:fill="FFFFFF"/>
          </w:tcPr>
          <w:p>
            <w:pPr>
              <w:spacing w:after="0"/>
            </w:pPr>
            <w:r/>
            <w:r>
              <w:rPr>
                <w:rFonts w:ascii="Calibri" w:hAnsi="Calibri" w:eastAsia="Microsoft YaHei"/>
                <w:b w:val="0"/>
                <w:sz w:val="18"/>
              </w:rPr>
              <w:t>使命口号</w:t>
            </w:r>
          </w:p>
        </w:tc>
        <w:tc>
          <w:tcPr>
            <w:tcW w:type="dxa" w:w="3000"/>
            <w:tcMar>
              <w:top w:w="80" w:type="dxa"/>
              <w:bottom w:w="80" w:type="dxa"/>
              <w:start w:w="110" w:type="dxa"/>
              <w:end w:w="110" w:type="dxa"/>
            </w:tcMar>
            <w:vAlign w:val="center"/>
            <w:shd w:fill="FFFFFF"/>
          </w:tcPr>
          <w:p>
            <w:pPr>
              <w:spacing w:after="0"/>
            </w:pPr>
            <w:r/>
            <w:r>
              <w:rPr>
                <w:rFonts w:ascii="Calibri" w:hAnsi="Calibri" w:eastAsia="Microsoft YaHei"/>
                <w:b w:val="0"/>
                <w:sz w:val="18"/>
              </w:rPr>
              <w:t>To make every person’s value seen, respected, and amplified.</w:t>
            </w:r>
          </w:p>
        </w:tc>
        <w:tc>
          <w:tcPr>
            <w:tcW w:type="dxa" w:w="2800"/>
            <w:tcMar>
              <w:top w:w="80" w:type="dxa"/>
              <w:bottom w:w="80" w:type="dxa"/>
              <w:start w:w="110" w:type="dxa"/>
              <w:end w:w="110" w:type="dxa"/>
            </w:tcMar>
            <w:vAlign w:val="center"/>
            <w:shd w:fill="FFFFFF"/>
          </w:tcPr>
          <w:p>
            <w:pPr>
              <w:spacing w:after="0"/>
            </w:pPr>
            <w:r/>
            <w:r>
              <w:rPr>
                <w:rFonts w:ascii="Calibri" w:hAnsi="Calibri" w:eastAsia="Microsoft YaHei"/>
                <w:b w:val="0"/>
                <w:sz w:val="18"/>
              </w:rPr>
              <w:t>让每个人的价值被看见、被尊重、被放大。</w:t>
            </w:r>
          </w:p>
        </w:tc>
        <w:tc>
          <w:tcPr>
            <w:tcW w:type="dxa" w:w="2060"/>
            <w:tcMar>
              <w:top w:w="80" w:type="dxa"/>
              <w:bottom w:w="80" w:type="dxa"/>
              <w:start w:w="110" w:type="dxa"/>
              <w:end w:w="110" w:type="dxa"/>
            </w:tcMar>
            <w:vAlign w:val="center"/>
            <w:shd w:fill="FFFFFF"/>
          </w:tcPr>
          <w:p>
            <w:pPr>
              <w:spacing w:after="0"/>
            </w:pPr>
            <w:r/>
            <w:r>
              <w:rPr>
                <w:rFonts w:ascii="Calibri" w:hAnsi="Calibri" w:eastAsia="Microsoft YaHei"/>
                <w:b w:val="0"/>
                <w:sz w:val="18"/>
              </w:rPr>
              <w:t>宣传册、客户提案、招聘页面。</w:t>
            </w:r>
          </w:p>
        </w:tc>
      </w:tr>
      <w:tr>
        <w:tc>
          <w:tcPr>
            <w:tcW w:type="dxa" w:w="1500"/>
            <w:tcMar>
              <w:top w:w="80" w:type="dxa"/>
              <w:bottom w:w="80" w:type="dxa"/>
              <w:start w:w="110" w:type="dxa"/>
              <w:end w:w="110" w:type="dxa"/>
            </w:tcMar>
            <w:vAlign w:val="center"/>
            <w:shd w:fill="FFFFFF"/>
          </w:tcPr>
          <w:p>
            <w:pPr>
              <w:spacing w:after="0"/>
            </w:pPr>
            <w:r/>
            <w:r>
              <w:rPr>
                <w:rFonts w:ascii="Calibri" w:hAnsi="Calibri" w:eastAsia="Microsoft YaHei"/>
                <w:b w:val="0"/>
                <w:sz w:val="18"/>
              </w:rPr>
              <w:t>品牌承诺</w:t>
            </w:r>
          </w:p>
        </w:tc>
        <w:tc>
          <w:tcPr>
            <w:tcW w:type="dxa" w:w="3000"/>
            <w:tcMar>
              <w:top w:w="80" w:type="dxa"/>
              <w:bottom w:w="80" w:type="dxa"/>
              <w:start w:w="110" w:type="dxa"/>
              <w:end w:w="110" w:type="dxa"/>
            </w:tcMar>
            <w:vAlign w:val="center"/>
            <w:shd w:fill="FFFFFF"/>
          </w:tcPr>
          <w:p>
            <w:pPr>
              <w:spacing w:after="0"/>
            </w:pPr>
            <w:r/>
            <w:r>
              <w:rPr>
                <w:rFonts w:ascii="Calibri" w:hAnsi="Calibri" w:eastAsia="Microsoft YaHei"/>
                <w:b w:val="0"/>
                <w:sz w:val="18"/>
              </w:rPr>
              <w:t>Dignity for Workers. Trust for Employers.</w:t>
            </w:r>
          </w:p>
        </w:tc>
        <w:tc>
          <w:tcPr>
            <w:tcW w:type="dxa" w:w="2800"/>
            <w:tcMar>
              <w:top w:w="80" w:type="dxa"/>
              <w:bottom w:w="80" w:type="dxa"/>
              <w:start w:w="110" w:type="dxa"/>
              <w:end w:w="110" w:type="dxa"/>
            </w:tcMar>
            <w:vAlign w:val="center"/>
            <w:shd w:fill="FFFFFF"/>
          </w:tcPr>
          <w:p>
            <w:pPr>
              <w:spacing w:after="0"/>
            </w:pPr>
            <w:r/>
            <w:r>
              <w:rPr>
                <w:rFonts w:ascii="Calibri" w:hAnsi="Calibri" w:eastAsia="Microsoft YaHei"/>
                <w:b w:val="0"/>
                <w:sz w:val="18"/>
              </w:rPr>
              <w:t>给劳动者尊严，给雇主信任。</w:t>
            </w:r>
          </w:p>
        </w:tc>
        <w:tc>
          <w:tcPr>
            <w:tcW w:type="dxa" w:w="2060"/>
            <w:tcMar>
              <w:top w:w="80" w:type="dxa"/>
              <w:bottom w:w="80" w:type="dxa"/>
              <w:start w:w="110" w:type="dxa"/>
              <w:end w:w="110" w:type="dxa"/>
            </w:tcMar>
            <w:vAlign w:val="center"/>
            <w:shd w:fill="FFFFFF"/>
          </w:tcPr>
          <w:p>
            <w:pPr>
              <w:spacing w:after="0"/>
            </w:pPr>
            <w:r/>
            <w:r>
              <w:rPr>
                <w:rFonts w:ascii="Calibri" w:hAnsi="Calibri" w:eastAsia="Microsoft YaHei"/>
                <w:b w:val="0"/>
                <w:sz w:val="18"/>
              </w:rPr>
              <w:t>客户沟通、企业简介。</w:t>
            </w:r>
          </w:p>
        </w:tc>
      </w:tr>
      <w:tr>
        <w:tc>
          <w:tcPr>
            <w:tcW w:type="dxa" w:w="1500"/>
            <w:tcMar>
              <w:top w:w="80" w:type="dxa"/>
              <w:bottom w:w="80" w:type="dxa"/>
              <w:start w:w="110" w:type="dxa"/>
              <w:end w:w="110" w:type="dxa"/>
            </w:tcMar>
            <w:vAlign w:val="center"/>
            <w:shd w:fill="FFFFFF"/>
          </w:tcPr>
          <w:p>
            <w:pPr>
              <w:spacing w:after="0"/>
            </w:pPr>
            <w:r/>
            <w:r>
              <w:rPr>
                <w:rFonts w:ascii="Calibri" w:hAnsi="Calibri" w:eastAsia="Microsoft YaHei"/>
                <w:b w:val="0"/>
                <w:sz w:val="18"/>
              </w:rPr>
              <w:t>内部文化</w:t>
            </w:r>
          </w:p>
        </w:tc>
        <w:tc>
          <w:tcPr>
            <w:tcW w:type="dxa" w:w="3000"/>
            <w:tcMar>
              <w:top w:w="80" w:type="dxa"/>
              <w:bottom w:w="80" w:type="dxa"/>
              <w:start w:w="110" w:type="dxa"/>
              <w:end w:w="110" w:type="dxa"/>
            </w:tcMar>
            <w:vAlign w:val="center"/>
            <w:shd w:fill="FFFFFF"/>
          </w:tcPr>
          <w:p>
            <w:pPr>
              <w:spacing w:after="0"/>
            </w:pPr>
            <w:r/>
            <w:r>
              <w:rPr>
                <w:rFonts w:ascii="Calibri" w:hAnsi="Calibri" w:eastAsia="Microsoft YaHei"/>
                <w:b w:val="0"/>
                <w:sz w:val="18"/>
              </w:rPr>
              <w:t>People First. Purpose Driven. Parity Always.</w:t>
            </w:r>
          </w:p>
        </w:tc>
        <w:tc>
          <w:tcPr>
            <w:tcW w:type="dxa" w:w="2800"/>
            <w:tcMar>
              <w:top w:w="80" w:type="dxa"/>
              <w:bottom w:w="80" w:type="dxa"/>
              <w:start w:w="110" w:type="dxa"/>
              <w:end w:w="110" w:type="dxa"/>
            </w:tcMar>
            <w:vAlign w:val="center"/>
            <w:shd w:fill="FFFFFF"/>
          </w:tcPr>
          <w:p>
            <w:pPr>
              <w:spacing w:after="0"/>
            </w:pPr>
            <w:r/>
            <w:r>
              <w:rPr>
                <w:rFonts w:ascii="Calibri" w:hAnsi="Calibri" w:eastAsia="Microsoft YaHei"/>
                <w:b w:val="0"/>
                <w:sz w:val="18"/>
              </w:rPr>
              <w:t>以人为先，以使命驱动，以平等为准则。</w:t>
            </w:r>
          </w:p>
        </w:tc>
        <w:tc>
          <w:tcPr>
            <w:tcW w:type="dxa" w:w="2060"/>
            <w:tcMar>
              <w:top w:w="80" w:type="dxa"/>
              <w:bottom w:w="80" w:type="dxa"/>
              <w:start w:w="110" w:type="dxa"/>
              <w:end w:w="110" w:type="dxa"/>
            </w:tcMar>
            <w:vAlign w:val="center"/>
            <w:shd w:fill="FFFFFF"/>
          </w:tcPr>
          <w:p>
            <w:pPr>
              <w:spacing w:after="0"/>
            </w:pPr>
            <w:r/>
            <w:r>
              <w:rPr>
                <w:rFonts w:ascii="Calibri" w:hAnsi="Calibri" w:eastAsia="Microsoft YaHei"/>
                <w:b w:val="0"/>
                <w:sz w:val="18"/>
              </w:rPr>
              <w:t>员工培训、文化墙、手册内页。</w:t>
            </w:r>
          </w:p>
        </w:tc>
      </w:tr>
      <w:tr>
        <w:tc>
          <w:tcPr>
            <w:tcW w:type="dxa" w:w="1500"/>
            <w:tcMar>
              <w:top w:w="80" w:type="dxa"/>
              <w:bottom w:w="80" w:type="dxa"/>
              <w:start w:w="110" w:type="dxa"/>
              <w:end w:w="110" w:type="dxa"/>
            </w:tcMar>
            <w:vAlign w:val="center"/>
            <w:shd w:fill="FFFFFF"/>
          </w:tcPr>
          <w:p>
            <w:pPr>
              <w:spacing w:after="0"/>
            </w:pPr>
            <w:r/>
            <w:r>
              <w:rPr>
                <w:rFonts w:ascii="Calibri" w:hAnsi="Calibri" w:eastAsia="Microsoft YaHei"/>
                <w:b w:val="0"/>
                <w:sz w:val="18"/>
              </w:rPr>
              <w:t>行动口号</w:t>
            </w:r>
          </w:p>
        </w:tc>
        <w:tc>
          <w:tcPr>
            <w:tcW w:type="dxa" w:w="3000"/>
            <w:tcMar>
              <w:top w:w="80" w:type="dxa"/>
              <w:bottom w:w="80" w:type="dxa"/>
              <w:start w:w="110" w:type="dxa"/>
              <w:end w:w="110" w:type="dxa"/>
            </w:tcMar>
            <w:vAlign w:val="center"/>
            <w:shd w:fill="FFFFFF"/>
          </w:tcPr>
          <w:p>
            <w:pPr>
              <w:spacing w:after="0"/>
            </w:pPr>
            <w:r/>
            <w:r>
              <w:rPr>
                <w:rFonts w:ascii="Calibri" w:hAnsi="Calibri" w:eastAsia="Microsoft YaHei"/>
                <w:b w:val="0"/>
                <w:sz w:val="18"/>
              </w:rPr>
              <w:t>Clear Rules. Fair Treatment. Trusted Delivery.</w:t>
            </w:r>
          </w:p>
        </w:tc>
        <w:tc>
          <w:tcPr>
            <w:tcW w:type="dxa" w:w="2800"/>
            <w:tcMar>
              <w:top w:w="80" w:type="dxa"/>
              <w:bottom w:w="80" w:type="dxa"/>
              <w:start w:w="110" w:type="dxa"/>
              <w:end w:w="110" w:type="dxa"/>
            </w:tcMar>
            <w:vAlign w:val="center"/>
            <w:shd w:fill="FFFFFF"/>
          </w:tcPr>
          <w:p>
            <w:pPr>
              <w:spacing w:after="0"/>
            </w:pPr>
            <w:r/>
            <w:r>
              <w:rPr>
                <w:rFonts w:ascii="Calibri" w:hAnsi="Calibri" w:eastAsia="Microsoft YaHei"/>
                <w:b w:val="0"/>
                <w:sz w:val="18"/>
              </w:rPr>
              <w:t>规则清楚，待遇公平，交付可信。</w:t>
            </w:r>
          </w:p>
        </w:tc>
        <w:tc>
          <w:tcPr>
            <w:tcW w:type="dxa" w:w="2060"/>
            <w:tcMar>
              <w:top w:w="80" w:type="dxa"/>
              <w:bottom w:w="80" w:type="dxa"/>
              <w:start w:w="110" w:type="dxa"/>
              <w:end w:w="110" w:type="dxa"/>
            </w:tcMar>
            <w:vAlign w:val="center"/>
            <w:shd w:fill="FFFFFF"/>
          </w:tcPr>
          <w:p>
            <w:pPr>
              <w:spacing w:after="0"/>
            </w:pPr>
            <w:r/>
            <w:r>
              <w:rPr>
                <w:rFonts w:ascii="Calibri" w:hAnsi="Calibri" w:eastAsia="Microsoft YaHei"/>
                <w:b w:val="0"/>
                <w:sz w:val="18"/>
              </w:rPr>
              <w:t>制度文件、驻厂管理、项目SOP。</w:t>
            </w:r>
          </w:p>
        </w:tc>
      </w:tr>
    </w:tbl>
    <w:p>
      <w:pPr>
        <w:spacing w:after="40"/>
      </w:pPr>
    </w:p>
    <w:p>
      <w:pPr>
        <w:pStyle w:val="Heading2"/>
        <w:spacing w:after="120"/>
      </w:pPr>
      <w:r>
        <w:rPr>
          <w:rFonts w:ascii="Calibri" w:hAnsi="Calibri" w:eastAsia="Microsoft YaHei"/>
          <w:b w:val="0"/>
          <w:sz w:val="21"/>
        </w:rPr>
        <w:t>推荐最终组合</w:t>
      </w:r>
    </w:p>
    <w:p>
      <w:pPr>
        <w:spacing w:after="120"/>
      </w:pPr>
      <w:r>
        <w:rPr>
          <w:rFonts w:ascii="Calibri" w:hAnsi="Calibri" w:eastAsia="Microsoft YaHei"/>
          <w:b/>
          <w:color w:val="002B5C"/>
          <w:sz w:val="26"/>
        </w:rPr>
        <w:t>Vision / 愿景：Equal Rights to Work. Equal Respect at Work.</w:t>
      </w:r>
    </w:p>
    <w:p>
      <w:pPr>
        <w:spacing w:after="120"/>
      </w:pPr>
      <w:r>
        <w:rPr>
          <w:rFonts w:ascii="Calibri" w:hAnsi="Calibri" w:eastAsia="Microsoft YaHei"/>
          <w:b/>
          <w:color w:val="002B5C"/>
          <w:sz w:val="26"/>
        </w:rPr>
        <w:t>Mission / 使命：To make every person’s value seen, respected, and amplified.</w:t>
      </w:r>
    </w:p>
    <w:p>
      <w:pPr>
        <w:spacing w:after="120"/>
      </w:pPr>
      <w:r>
        <w:rPr>
          <w:rFonts w:ascii="Calibri" w:hAnsi="Calibri" w:eastAsia="Microsoft YaHei"/>
          <w:b/>
          <w:color w:val="002B5C"/>
          <w:sz w:val="26"/>
        </w:rPr>
        <w:t>让每个人的价值被看见、被尊重、被放大。</w:t>
      </w:r>
    </w:p>
    <w:p>
      <w:pPr>
        <w:spacing w:after="120"/>
      </w:pPr>
      <w:r>
        <w:rPr>
          <w:rFonts w:ascii="Calibri" w:hAnsi="Calibri" w:eastAsia="Microsoft YaHei"/>
          <w:b/>
          <w:color w:val="BF0A30"/>
          <w:sz w:val="26"/>
        </w:rPr>
        <w:t>Culture Code / 文化准则：People First. Purpose Driven. Parity Always.</w:t>
      </w:r>
    </w:p>
    <w:p>
      <w:pPr>
        <w:spacing w:after="120"/>
      </w:pPr>
      <w:r>
        <w:rPr>
          <w:rFonts w:ascii="Calibri" w:hAnsi="Calibri" w:eastAsia="Microsoft YaHei"/>
          <w:b/>
          <w:color w:val="BF0A30"/>
          <w:sz w:val="26"/>
        </w:rPr>
        <w:t>Brand Promise / 品牌承诺：Dignity for Workers. Trust for Employers.</w:t>
      </w:r>
    </w:p>
    <w:p>
      <w:pPr>
        <w:pStyle w:val="Heading1"/>
        <w:spacing w:after="120"/>
      </w:pPr>
      <w:r>
        <w:rPr>
          <w:rFonts w:ascii="Calibri" w:hAnsi="Calibri" w:eastAsia="Microsoft YaHei"/>
          <w:b w:val="0"/>
          <w:sz w:val="21"/>
        </w:rPr>
        <w:t>8. 我们相信 What We Believe</w:t>
      </w:r>
    </w:p>
    <w:tbl>
      <w:tblPr>
        <w:tblW w:type="dxa" w:w="9360"/>
        <w:jc w:val="left"/>
        <w:tblLayout w:type="fixed"/>
        <w:tblLook w:firstColumn="1" w:firstRow="1" w:lastColumn="0" w:lastRow="0" w:noHBand="0" w:noVBand="1" w:val="04A0"/>
        <w:tblBorders>
          <w:top w:val="single" w:sz="6" w:space="0" w:color="D6DCE5"/>
          <w:left w:val="single" w:sz="6" w:space="0" w:color="D6DCE5"/>
          <w:bottom w:val="single" w:sz="6" w:space="0" w:color="D6DCE5"/>
          <w:right w:val="single" w:sz="6" w:space="0" w:color="D6DCE5"/>
          <w:insideH w:val="single" w:sz="6" w:space="0" w:color="D6DCE5"/>
          <w:insideV w:val="single" w:sz="6" w:space="0" w:color="D6DCE5"/>
        </w:tblBorders>
      </w:tblPr>
      <w:tblGrid>
        <w:gridCol w:w="2600"/>
        <w:gridCol w:w="6760"/>
      </w:tblGrid>
      <w:tr>
        <w:tc>
          <w:tcPr>
            <w:tcW w:type="dxa" w:w="2600"/>
            <w:tcMar>
              <w:top w:w="80" w:type="dxa"/>
              <w:bottom w:w="80" w:type="dxa"/>
              <w:start w:w="110" w:type="dxa"/>
              <w:end w:w="110" w:type="dxa"/>
            </w:tcMar>
            <w:vAlign w:val="center"/>
            <w:shd w:fill="E8EEF5"/>
          </w:tcPr>
          <w:p>
            <w:pPr>
              <w:spacing w:after="0"/>
            </w:pPr>
            <w:r/>
            <w:r>
              <w:rPr>
                <w:rFonts w:ascii="Calibri" w:hAnsi="Calibri" w:eastAsia="Microsoft YaHei"/>
                <w:b/>
                <w:color w:val="002B5C"/>
                <w:sz w:val="18"/>
              </w:rPr>
              <w:t>信念</w:t>
            </w:r>
          </w:p>
        </w:tc>
        <w:tc>
          <w:tcPr>
            <w:tcW w:type="dxa" w:w="6760"/>
            <w:tcMar>
              <w:top w:w="80" w:type="dxa"/>
              <w:bottom w:w="80" w:type="dxa"/>
              <w:start w:w="110" w:type="dxa"/>
              <w:end w:w="110" w:type="dxa"/>
            </w:tcMar>
            <w:vAlign w:val="center"/>
            <w:shd w:fill="E8EEF5"/>
          </w:tcPr>
          <w:p>
            <w:pPr>
              <w:spacing w:after="0"/>
            </w:pPr>
            <w:r/>
            <w:r>
              <w:rPr>
                <w:rFonts w:ascii="Calibri" w:hAnsi="Calibri" w:eastAsia="Microsoft YaHei"/>
                <w:b/>
                <w:color w:val="002B5C"/>
                <w:sz w:val="18"/>
              </w:rPr>
              <w:t>解释</w:t>
            </w:r>
          </w:p>
        </w:tc>
        <w:trPr>
          <w:tblHeader/>
        </w:trPr>
      </w:tr>
      <w:tr>
        <w:tc>
          <w:tcPr>
            <w:tcW w:type="dxa" w:w="2600"/>
            <w:tcMar>
              <w:top w:w="80" w:type="dxa"/>
              <w:bottom w:w="80" w:type="dxa"/>
              <w:start w:w="110" w:type="dxa"/>
              <w:end w:w="110" w:type="dxa"/>
            </w:tcMar>
            <w:vAlign w:val="center"/>
            <w:shd w:fill="FFFFFF"/>
          </w:tcPr>
          <w:p>
            <w:pPr>
              <w:spacing w:after="0"/>
            </w:pPr>
            <w:r/>
            <w:r>
              <w:rPr>
                <w:rFonts w:ascii="Calibri" w:hAnsi="Calibri" w:eastAsia="Microsoft YaHei"/>
                <w:b w:val="0"/>
                <w:sz w:val="18"/>
              </w:rPr>
              <w:t>工作应当有尊严</w:t>
            </w:r>
          </w:p>
        </w:tc>
        <w:tc>
          <w:tcPr>
            <w:tcW w:type="dxa" w:w="6760"/>
            <w:tcMar>
              <w:top w:w="80" w:type="dxa"/>
              <w:bottom w:w="80" w:type="dxa"/>
              <w:start w:w="110" w:type="dxa"/>
              <w:end w:w="110" w:type="dxa"/>
            </w:tcMar>
            <w:vAlign w:val="center"/>
            <w:shd w:fill="FFFFFF"/>
          </w:tcPr>
          <w:p>
            <w:pPr>
              <w:spacing w:after="0"/>
            </w:pPr>
            <w:r/>
            <w:r>
              <w:rPr>
                <w:rFonts w:ascii="Calibri" w:hAnsi="Calibri" w:eastAsia="Microsoft YaHei"/>
                <w:b w:val="0"/>
                <w:sz w:val="18"/>
              </w:rPr>
              <w:t>岗位可以不同，但人格尊严不能分等级。</w:t>
            </w:r>
          </w:p>
        </w:tc>
      </w:tr>
      <w:tr>
        <w:tc>
          <w:tcPr>
            <w:tcW w:type="dxa" w:w="2600"/>
            <w:tcMar>
              <w:top w:w="80" w:type="dxa"/>
              <w:bottom w:w="80" w:type="dxa"/>
              <w:start w:w="110" w:type="dxa"/>
              <w:end w:w="110" w:type="dxa"/>
            </w:tcMar>
            <w:vAlign w:val="center"/>
            <w:shd w:fill="FFFFFF"/>
          </w:tcPr>
          <w:p>
            <w:pPr>
              <w:spacing w:after="0"/>
            </w:pPr>
            <w:r/>
            <w:r>
              <w:rPr>
                <w:rFonts w:ascii="Calibri" w:hAnsi="Calibri" w:eastAsia="Microsoft YaHei"/>
                <w:b w:val="0"/>
                <w:sz w:val="18"/>
              </w:rPr>
              <w:t>规则应当被讲清楚</w:t>
            </w:r>
          </w:p>
        </w:tc>
        <w:tc>
          <w:tcPr>
            <w:tcW w:type="dxa" w:w="6760"/>
            <w:tcMar>
              <w:top w:w="80" w:type="dxa"/>
              <w:bottom w:w="80" w:type="dxa"/>
              <w:start w:w="110" w:type="dxa"/>
              <w:end w:w="110" w:type="dxa"/>
            </w:tcMar>
            <w:vAlign w:val="center"/>
            <w:shd w:fill="FFFFFF"/>
          </w:tcPr>
          <w:p>
            <w:pPr>
              <w:spacing w:after="0"/>
            </w:pPr>
            <w:r/>
            <w:r>
              <w:rPr>
                <w:rFonts w:ascii="Calibri" w:hAnsi="Calibri" w:eastAsia="Microsoft YaHei"/>
                <w:b w:val="0"/>
                <w:sz w:val="18"/>
              </w:rPr>
              <w:t>工资、扣款、工时、休假、社保、住宿、签证、离职都应被清晰说明。</w:t>
            </w:r>
          </w:p>
        </w:tc>
      </w:tr>
      <w:tr>
        <w:tc>
          <w:tcPr>
            <w:tcW w:type="dxa" w:w="2600"/>
            <w:tcMar>
              <w:top w:w="80" w:type="dxa"/>
              <w:bottom w:w="80" w:type="dxa"/>
              <w:start w:w="110" w:type="dxa"/>
              <w:end w:w="110" w:type="dxa"/>
            </w:tcMar>
            <w:vAlign w:val="center"/>
            <w:shd w:fill="FFFFFF"/>
          </w:tcPr>
          <w:p>
            <w:pPr>
              <w:spacing w:after="0"/>
            </w:pPr>
            <w:r/>
            <w:r>
              <w:rPr>
                <w:rFonts w:ascii="Calibri" w:hAnsi="Calibri" w:eastAsia="Microsoft YaHei"/>
                <w:b w:val="0"/>
                <w:sz w:val="18"/>
              </w:rPr>
              <w:t>合规是最低底线</w:t>
            </w:r>
          </w:p>
        </w:tc>
        <w:tc>
          <w:tcPr>
            <w:tcW w:type="dxa" w:w="6760"/>
            <w:tcMar>
              <w:top w:w="80" w:type="dxa"/>
              <w:bottom w:w="80" w:type="dxa"/>
              <w:start w:w="110" w:type="dxa"/>
              <w:end w:w="110" w:type="dxa"/>
            </w:tcMar>
            <w:vAlign w:val="center"/>
            <w:shd w:fill="FFFFFF"/>
          </w:tcPr>
          <w:p>
            <w:pPr>
              <w:spacing w:after="0"/>
            </w:pPr>
            <w:r/>
            <w:r>
              <w:rPr>
                <w:rFonts w:ascii="Calibri" w:hAnsi="Calibri" w:eastAsia="Microsoft YaHei"/>
                <w:b w:val="0"/>
                <w:sz w:val="18"/>
              </w:rPr>
              <w:t>劳动法不是负担，而是公司长期经营的底盘。</w:t>
            </w:r>
          </w:p>
        </w:tc>
      </w:tr>
      <w:tr>
        <w:tc>
          <w:tcPr>
            <w:tcW w:type="dxa" w:w="2600"/>
            <w:tcMar>
              <w:top w:w="80" w:type="dxa"/>
              <w:bottom w:w="80" w:type="dxa"/>
              <w:start w:w="110" w:type="dxa"/>
              <w:end w:w="110" w:type="dxa"/>
            </w:tcMar>
            <w:vAlign w:val="center"/>
            <w:shd w:fill="FFFFFF"/>
          </w:tcPr>
          <w:p>
            <w:pPr>
              <w:spacing w:after="0"/>
            </w:pPr>
            <w:r/>
            <w:r>
              <w:rPr>
                <w:rFonts w:ascii="Calibri" w:hAnsi="Calibri" w:eastAsia="Microsoft YaHei"/>
                <w:b w:val="0"/>
                <w:sz w:val="18"/>
              </w:rPr>
              <w:t>客户与员工不是对立面</w:t>
            </w:r>
          </w:p>
        </w:tc>
        <w:tc>
          <w:tcPr>
            <w:tcW w:type="dxa" w:w="6760"/>
            <w:tcMar>
              <w:top w:w="80" w:type="dxa"/>
              <w:bottom w:w="80" w:type="dxa"/>
              <w:start w:w="110" w:type="dxa"/>
              <w:end w:w="110" w:type="dxa"/>
            </w:tcMar>
            <w:vAlign w:val="center"/>
            <w:shd w:fill="FFFFFF"/>
          </w:tcPr>
          <w:p>
            <w:pPr>
              <w:spacing w:after="0"/>
            </w:pPr>
            <w:r/>
            <w:r>
              <w:rPr>
                <w:rFonts w:ascii="Calibri" w:hAnsi="Calibri" w:eastAsia="Microsoft YaHei"/>
                <w:b w:val="0"/>
                <w:sz w:val="18"/>
              </w:rPr>
              <w:t>好的HR服务应同时解决客户效率和员工稳定。</w:t>
            </w:r>
          </w:p>
        </w:tc>
      </w:tr>
      <w:tr>
        <w:tc>
          <w:tcPr>
            <w:tcW w:type="dxa" w:w="2600"/>
            <w:tcMar>
              <w:top w:w="80" w:type="dxa"/>
              <w:bottom w:w="80" w:type="dxa"/>
              <w:start w:w="110" w:type="dxa"/>
              <w:end w:w="110" w:type="dxa"/>
            </w:tcMar>
            <w:vAlign w:val="center"/>
            <w:shd w:fill="FFFFFF"/>
          </w:tcPr>
          <w:p>
            <w:pPr>
              <w:spacing w:after="0"/>
            </w:pPr>
            <w:r/>
            <w:r>
              <w:rPr>
                <w:rFonts w:ascii="Calibri" w:hAnsi="Calibri" w:eastAsia="Microsoft YaHei"/>
                <w:b w:val="0"/>
                <w:sz w:val="18"/>
              </w:rPr>
              <w:t>管理者先负责，再要求</w:t>
            </w:r>
          </w:p>
        </w:tc>
        <w:tc>
          <w:tcPr>
            <w:tcW w:type="dxa" w:w="6760"/>
            <w:tcMar>
              <w:top w:w="80" w:type="dxa"/>
              <w:bottom w:w="80" w:type="dxa"/>
              <w:start w:w="110" w:type="dxa"/>
              <w:end w:w="110" w:type="dxa"/>
            </w:tcMar>
            <w:vAlign w:val="center"/>
            <w:shd w:fill="FFFFFF"/>
          </w:tcPr>
          <w:p>
            <w:pPr>
              <w:spacing w:after="0"/>
            </w:pPr>
            <w:r/>
            <w:r>
              <w:rPr>
                <w:rFonts w:ascii="Calibri" w:hAnsi="Calibri" w:eastAsia="Microsoft YaHei"/>
                <w:b w:val="0"/>
                <w:sz w:val="18"/>
              </w:rPr>
              <w:t>管理者要先给清晰规则、资源和解释，再要求员工交付结果。</w:t>
            </w:r>
          </w:p>
        </w:tc>
      </w:tr>
      <w:tr>
        <w:tc>
          <w:tcPr>
            <w:tcW w:type="dxa" w:w="2600"/>
            <w:tcMar>
              <w:top w:w="80" w:type="dxa"/>
              <w:bottom w:w="80" w:type="dxa"/>
              <w:start w:w="110" w:type="dxa"/>
              <w:end w:w="110" w:type="dxa"/>
            </w:tcMar>
            <w:vAlign w:val="center"/>
            <w:shd w:fill="FFFFFF"/>
          </w:tcPr>
          <w:p>
            <w:pPr>
              <w:spacing w:after="0"/>
            </w:pPr>
            <w:r/>
            <w:r>
              <w:rPr>
                <w:rFonts w:ascii="Calibri" w:hAnsi="Calibri" w:eastAsia="Microsoft YaHei"/>
                <w:b w:val="0"/>
                <w:sz w:val="18"/>
              </w:rPr>
              <w:t>利润必须经得起尊严检验</w:t>
            </w:r>
          </w:p>
        </w:tc>
        <w:tc>
          <w:tcPr>
            <w:tcW w:type="dxa" w:w="6760"/>
            <w:tcMar>
              <w:top w:w="80" w:type="dxa"/>
              <w:bottom w:w="80" w:type="dxa"/>
              <w:start w:w="110" w:type="dxa"/>
              <w:end w:w="110" w:type="dxa"/>
            </w:tcMar>
            <w:vAlign w:val="center"/>
            <w:shd w:fill="FFFFFF"/>
          </w:tcPr>
          <w:p>
            <w:pPr>
              <w:spacing w:after="0"/>
            </w:pPr>
            <w:r/>
            <w:r>
              <w:rPr>
                <w:rFonts w:ascii="Calibri" w:hAnsi="Calibri" w:eastAsia="Microsoft YaHei"/>
                <w:b w:val="0"/>
                <w:sz w:val="18"/>
              </w:rPr>
              <w:t>不能靠拖欠、欺骗、违法扣款、扣证或信息不透明获得利润。</w:t>
            </w:r>
          </w:p>
        </w:tc>
      </w:tr>
    </w:tbl>
    <w:p>
      <w:pPr>
        <w:spacing w:after="40"/>
      </w:pPr>
    </w:p>
    <w:p>
      <w:pPr>
        <w:pStyle w:val="Heading1"/>
        <w:spacing w:after="120"/>
      </w:pPr>
      <w:r>
        <w:rPr>
          <w:rFonts w:ascii="Calibri" w:hAnsi="Calibri" w:eastAsia="Microsoft YaHei"/>
          <w:b w:val="0"/>
          <w:sz w:val="21"/>
        </w:rPr>
        <w:t>9. 行为准则：我们该做什么，不该做什么</w:t>
      </w:r>
    </w:p>
    <w:tbl>
      <w:tblPr>
        <w:tblW w:type="dxa" w:w="9360"/>
        <w:jc w:val="left"/>
        <w:tblLayout w:type="fixed"/>
        <w:tblLook w:firstColumn="1" w:firstRow="1" w:lastColumn="0" w:lastRow="0" w:noHBand="0" w:noVBand="1" w:val="04A0"/>
        <w:tblBorders>
          <w:top w:val="single" w:sz="6" w:space="0" w:color="D6DCE5"/>
          <w:left w:val="single" w:sz="6" w:space="0" w:color="D6DCE5"/>
          <w:bottom w:val="single" w:sz="6" w:space="0" w:color="D6DCE5"/>
          <w:right w:val="single" w:sz="6" w:space="0" w:color="D6DCE5"/>
          <w:insideH w:val="single" w:sz="6" w:space="0" w:color="D6DCE5"/>
          <w:insideV w:val="single" w:sz="6" w:space="0" w:color="D6DCE5"/>
        </w:tblBorders>
      </w:tblPr>
      <w:tblGrid>
        <w:gridCol w:w="1450"/>
        <w:gridCol w:w="4000"/>
        <w:gridCol w:w="3910"/>
      </w:tblGrid>
      <w:tr>
        <w:tc>
          <w:tcPr>
            <w:tcW w:type="dxa" w:w="1450"/>
            <w:tcMar>
              <w:top w:w="80" w:type="dxa"/>
              <w:bottom w:w="80" w:type="dxa"/>
              <w:start w:w="110" w:type="dxa"/>
              <w:end w:w="110" w:type="dxa"/>
            </w:tcMar>
            <w:vAlign w:val="center"/>
            <w:shd w:fill="E8EEF5"/>
          </w:tcPr>
          <w:p>
            <w:pPr>
              <w:spacing w:after="0"/>
            </w:pPr>
            <w:r/>
            <w:r>
              <w:rPr>
                <w:rFonts w:ascii="Calibri" w:hAnsi="Calibri" w:eastAsia="Microsoft YaHei"/>
                <w:b/>
                <w:color w:val="002B5C"/>
                <w:sz w:val="18"/>
              </w:rPr>
              <w:t>场景</w:t>
            </w:r>
          </w:p>
        </w:tc>
        <w:tc>
          <w:tcPr>
            <w:tcW w:type="dxa" w:w="4000"/>
            <w:tcMar>
              <w:top w:w="80" w:type="dxa"/>
              <w:bottom w:w="80" w:type="dxa"/>
              <w:start w:w="110" w:type="dxa"/>
              <w:end w:w="110" w:type="dxa"/>
            </w:tcMar>
            <w:vAlign w:val="center"/>
            <w:shd w:fill="E8EEF5"/>
          </w:tcPr>
          <w:p>
            <w:pPr>
              <w:spacing w:after="0"/>
            </w:pPr>
            <w:r/>
            <w:r>
              <w:rPr>
                <w:rFonts w:ascii="Calibri" w:hAnsi="Calibri" w:eastAsia="Microsoft YaHei"/>
                <w:b/>
                <w:color w:val="002B5C"/>
                <w:sz w:val="18"/>
              </w:rPr>
              <w:t>应该做</w:t>
            </w:r>
          </w:p>
        </w:tc>
        <w:tc>
          <w:tcPr>
            <w:tcW w:type="dxa" w:w="3910"/>
            <w:tcMar>
              <w:top w:w="80" w:type="dxa"/>
              <w:bottom w:w="80" w:type="dxa"/>
              <w:start w:w="110" w:type="dxa"/>
              <w:end w:w="110" w:type="dxa"/>
            </w:tcMar>
            <w:vAlign w:val="center"/>
            <w:shd w:fill="E8EEF5"/>
          </w:tcPr>
          <w:p>
            <w:pPr>
              <w:spacing w:after="0"/>
            </w:pPr>
            <w:r/>
            <w:r>
              <w:rPr>
                <w:rFonts w:ascii="Calibri" w:hAnsi="Calibri" w:eastAsia="Microsoft YaHei"/>
                <w:b/>
                <w:color w:val="002B5C"/>
                <w:sz w:val="18"/>
              </w:rPr>
              <w:t>不应该做</w:t>
            </w:r>
          </w:p>
        </w:tc>
        <w:trPr>
          <w:tblHeader/>
        </w:trPr>
      </w:tr>
      <w:tr>
        <w:tc>
          <w:tcPr>
            <w:tcW w:type="dxa" w:w="1450"/>
            <w:tcMar>
              <w:top w:w="80" w:type="dxa"/>
              <w:bottom w:w="80" w:type="dxa"/>
              <w:start w:w="110" w:type="dxa"/>
              <w:end w:w="110" w:type="dxa"/>
            </w:tcMar>
            <w:vAlign w:val="center"/>
            <w:shd w:fill="FFFFFF"/>
          </w:tcPr>
          <w:p>
            <w:pPr>
              <w:spacing w:after="0"/>
            </w:pPr>
            <w:r/>
            <w:r>
              <w:rPr>
                <w:rFonts w:ascii="Calibri" w:hAnsi="Calibri" w:eastAsia="Microsoft YaHei"/>
                <w:b w:val="0"/>
                <w:sz w:val="18"/>
              </w:rPr>
              <w:t>招聘</w:t>
            </w:r>
          </w:p>
        </w:tc>
        <w:tc>
          <w:tcPr>
            <w:tcW w:type="dxa" w:w="4000"/>
            <w:tcMar>
              <w:top w:w="80" w:type="dxa"/>
              <w:bottom w:w="80" w:type="dxa"/>
              <w:start w:w="110" w:type="dxa"/>
              <w:end w:w="110" w:type="dxa"/>
            </w:tcMar>
            <w:vAlign w:val="center"/>
            <w:shd w:fill="FFFFFF"/>
          </w:tcPr>
          <w:p>
            <w:pPr>
              <w:spacing w:after="0"/>
            </w:pPr>
            <w:r/>
            <w:r>
              <w:rPr>
                <w:rFonts w:ascii="Calibri" w:hAnsi="Calibri" w:eastAsia="Microsoft YaHei"/>
                <w:b w:val="0"/>
                <w:sz w:val="18"/>
              </w:rPr>
              <w:t>真实说明岗位、工资、工时、工作地、住宿、扣款和风险。</w:t>
            </w:r>
          </w:p>
        </w:tc>
        <w:tc>
          <w:tcPr>
            <w:tcW w:type="dxa" w:w="3910"/>
            <w:tcMar>
              <w:top w:w="80" w:type="dxa"/>
              <w:bottom w:w="80" w:type="dxa"/>
              <w:start w:w="110" w:type="dxa"/>
              <w:end w:w="110" w:type="dxa"/>
            </w:tcMar>
            <w:vAlign w:val="center"/>
            <w:shd w:fill="FFFFFF"/>
          </w:tcPr>
          <w:p>
            <w:pPr>
              <w:spacing w:after="0"/>
            </w:pPr>
            <w:r/>
            <w:r>
              <w:rPr>
                <w:rFonts w:ascii="Calibri" w:hAnsi="Calibri" w:eastAsia="Microsoft YaHei"/>
                <w:b w:val="0"/>
                <w:sz w:val="18"/>
              </w:rPr>
              <w:t>夸大工资、隐瞒费用、诱导候选人误解合同关系。</w:t>
            </w:r>
          </w:p>
        </w:tc>
      </w:tr>
      <w:tr>
        <w:tc>
          <w:tcPr>
            <w:tcW w:type="dxa" w:w="1450"/>
            <w:tcMar>
              <w:top w:w="80" w:type="dxa"/>
              <w:bottom w:w="80" w:type="dxa"/>
              <w:start w:w="110" w:type="dxa"/>
              <w:end w:w="110" w:type="dxa"/>
            </w:tcMar>
            <w:vAlign w:val="center"/>
            <w:shd w:fill="FFFFFF"/>
          </w:tcPr>
          <w:p>
            <w:pPr>
              <w:spacing w:after="0"/>
            </w:pPr>
            <w:r/>
            <w:r>
              <w:rPr>
                <w:rFonts w:ascii="Calibri" w:hAnsi="Calibri" w:eastAsia="Microsoft YaHei"/>
                <w:b w:val="0"/>
                <w:sz w:val="18"/>
              </w:rPr>
              <w:t>派遣</w:t>
            </w:r>
          </w:p>
        </w:tc>
        <w:tc>
          <w:tcPr>
            <w:tcW w:type="dxa" w:w="4000"/>
            <w:tcMar>
              <w:top w:w="80" w:type="dxa"/>
              <w:bottom w:w="80" w:type="dxa"/>
              <w:start w:w="110" w:type="dxa"/>
              <w:end w:w="110" w:type="dxa"/>
            </w:tcMar>
            <w:vAlign w:val="center"/>
            <w:shd w:fill="FFFFFF"/>
          </w:tcPr>
          <w:p>
            <w:pPr>
              <w:spacing w:after="0"/>
            </w:pPr>
            <w:r/>
            <w:r>
              <w:rPr>
                <w:rFonts w:ascii="Calibri" w:hAnsi="Calibri" w:eastAsia="Microsoft YaHei"/>
                <w:b w:val="0"/>
                <w:sz w:val="18"/>
              </w:rPr>
              <w:t>让员工知道雇主是谁、客户是谁、谁发工资、谁管考勤、谁处理投诉。</w:t>
            </w:r>
          </w:p>
        </w:tc>
        <w:tc>
          <w:tcPr>
            <w:tcW w:type="dxa" w:w="3910"/>
            <w:tcMar>
              <w:top w:w="80" w:type="dxa"/>
              <w:bottom w:w="80" w:type="dxa"/>
              <w:start w:w="110" w:type="dxa"/>
              <w:end w:w="110" w:type="dxa"/>
            </w:tcMar>
            <w:vAlign w:val="center"/>
            <w:shd w:fill="FFFFFF"/>
          </w:tcPr>
          <w:p>
            <w:pPr>
              <w:spacing w:after="0"/>
            </w:pPr>
            <w:r/>
            <w:r>
              <w:rPr>
                <w:rFonts w:ascii="Calibri" w:hAnsi="Calibri" w:eastAsia="Microsoft YaHei"/>
                <w:b w:val="0"/>
                <w:sz w:val="18"/>
              </w:rPr>
              <w:t>让员工在不清楚权责的情况下进厂工作。</w:t>
            </w:r>
          </w:p>
        </w:tc>
      </w:tr>
      <w:tr>
        <w:tc>
          <w:tcPr>
            <w:tcW w:type="dxa" w:w="1450"/>
            <w:tcMar>
              <w:top w:w="80" w:type="dxa"/>
              <w:bottom w:w="80" w:type="dxa"/>
              <w:start w:w="110" w:type="dxa"/>
              <w:end w:w="110" w:type="dxa"/>
            </w:tcMar>
            <w:vAlign w:val="center"/>
            <w:shd w:fill="FFFFFF"/>
          </w:tcPr>
          <w:p>
            <w:pPr>
              <w:spacing w:after="0"/>
            </w:pPr>
            <w:r/>
            <w:r>
              <w:rPr>
                <w:rFonts w:ascii="Calibri" w:hAnsi="Calibri" w:eastAsia="Microsoft YaHei"/>
                <w:b w:val="0"/>
                <w:sz w:val="18"/>
              </w:rPr>
              <w:t>工资</w:t>
            </w:r>
          </w:p>
        </w:tc>
        <w:tc>
          <w:tcPr>
            <w:tcW w:type="dxa" w:w="4000"/>
            <w:tcMar>
              <w:top w:w="80" w:type="dxa"/>
              <w:bottom w:w="80" w:type="dxa"/>
              <w:start w:w="110" w:type="dxa"/>
              <w:end w:w="110" w:type="dxa"/>
            </w:tcMar>
            <w:vAlign w:val="center"/>
            <w:shd w:fill="FFFFFF"/>
          </w:tcPr>
          <w:p>
            <w:pPr>
              <w:spacing w:after="0"/>
            </w:pPr>
            <w:r/>
            <w:r>
              <w:rPr>
                <w:rFonts w:ascii="Calibri" w:hAnsi="Calibri" w:eastAsia="Microsoft YaHei"/>
                <w:b w:val="0"/>
                <w:sz w:val="18"/>
              </w:rPr>
              <w:t>准时、准确、透明发薪，工资单列明项目。</w:t>
            </w:r>
          </w:p>
        </w:tc>
        <w:tc>
          <w:tcPr>
            <w:tcW w:type="dxa" w:w="3910"/>
            <w:tcMar>
              <w:top w:w="80" w:type="dxa"/>
              <w:bottom w:w="80" w:type="dxa"/>
              <w:start w:w="110" w:type="dxa"/>
              <w:end w:w="110" w:type="dxa"/>
            </w:tcMar>
            <w:vAlign w:val="center"/>
            <w:shd w:fill="FFFFFF"/>
          </w:tcPr>
          <w:p>
            <w:pPr>
              <w:spacing w:after="0"/>
            </w:pPr>
            <w:r/>
            <w:r>
              <w:rPr>
                <w:rFonts w:ascii="Calibri" w:hAnsi="Calibri" w:eastAsia="Microsoft YaHei"/>
                <w:b w:val="0"/>
                <w:sz w:val="18"/>
              </w:rPr>
              <w:t>拖欠工资、私下扣款、让他人代领工资。</w:t>
            </w:r>
          </w:p>
        </w:tc>
      </w:tr>
      <w:tr>
        <w:tc>
          <w:tcPr>
            <w:tcW w:type="dxa" w:w="1450"/>
            <w:tcMar>
              <w:top w:w="80" w:type="dxa"/>
              <w:bottom w:w="80" w:type="dxa"/>
              <w:start w:w="110" w:type="dxa"/>
              <w:end w:w="110" w:type="dxa"/>
            </w:tcMar>
            <w:vAlign w:val="center"/>
            <w:shd w:fill="FFFFFF"/>
          </w:tcPr>
          <w:p>
            <w:pPr>
              <w:spacing w:after="0"/>
            </w:pPr>
            <w:r/>
            <w:r>
              <w:rPr>
                <w:rFonts w:ascii="Calibri" w:hAnsi="Calibri" w:eastAsia="Microsoft YaHei"/>
                <w:b w:val="0"/>
                <w:sz w:val="18"/>
              </w:rPr>
              <w:t>证件</w:t>
            </w:r>
          </w:p>
        </w:tc>
        <w:tc>
          <w:tcPr>
            <w:tcW w:type="dxa" w:w="4000"/>
            <w:tcMar>
              <w:top w:w="80" w:type="dxa"/>
              <w:bottom w:w="80" w:type="dxa"/>
              <w:start w:w="110" w:type="dxa"/>
              <w:end w:w="110" w:type="dxa"/>
            </w:tcMar>
            <w:vAlign w:val="center"/>
            <w:shd w:fill="FFFFFF"/>
          </w:tcPr>
          <w:p>
            <w:pPr>
              <w:spacing w:after="0"/>
            </w:pPr>
            <w:r/>
            <w:r>
              <w:rPr>
                <w:rFonts w:ascii="Calibri" w:hAnsi="Calibri" w:eastAsia="Microsoft YaHei"/>
                <w:b w:val="0"/>
                <w:sz w:val="18"/>
              </w:rPr>
              <w:t>只在合法必要范围内复印和保管资料。</w:t>
            </w:r>
          </w:p>
        </w:tc>
        <w:tc>
          <w:tcPr>
            <w:tcW w:type="dxa" w:w="3910"/>
            <w:tcMar>
              <w:top w:w="80" w:type="dxa"/>
              <w:bottom w:w="80" w:type="dxa"/>
              <w:start w:w="110" w:type="dxa"/>
              <w:end w:w="110" w:type="dxa"/>
            </w:tcMar>
            <w:vAlign w:val="center"/>
            <w:shd w:fill="FFFFFF"/>
          </w:tcPr>
          <w:p>
            <w:pPr>
              <w:spacing w:after="0"/>
            </w:pPr>
            <w:r/>
            <w:r>
              <w:rPr>
                <w:rFonts w:ascii="Calibri" w:hAnsi="Calibri" w:eastAsia="Microsoft YaHei"/>
                <w:b w:val="0"/>
                <w:sz w:val="18"/>
              </w:rPr>
              <w:t>扣押护照、身份证、工作许可、银行卡。</w:t>
            </w:r>
          </w:p>
        </w:tc>
      </w:tr>
      <w:tr>
        <w:tc>
          <w:tcPr>
            <w:tcW w:type="dxa" w:w="1450"/>
            <w:tcMar>
              <w:top w:w="80" w:type="dxa"/>
              <w:bottom w:w="80" w:type="dxa"/>
              <w:start w:w="110" w:type="dxa"/>
              <w:end w:w="110" w:type="dxa"/>
            </w:tcMar>
            <w:vAlign w:val="center"/>
            <w:shd w:fill="FFFFFF"/>
          </w:tcPr>
          <w:p>
            <w:pPr>
              <w:spacing w:after="0"/>
            </w:pPr>
            <w:r/>
            <w:r>
              <w:rPr>
                <w:rFonts w:ascii="Calibri" w:hAnsi="Calibri" w:eastAsia="Microsoft YaHei"/>
                <w:b w:val="0"/>
                <w:sz w:val="18"/>
              </w:rPr>
              <w:t>客户压力</w:t>
            </w:r>
          </w:p>
        </w:tc>
        <w:tc>
          <w:tcPr>
            <w:tcW w:type="dxa" w:w="4000"/>
            <w:tcMar>
              <w:top w:w="80" w:type="dxa"/>
              <w:bottom w:w="80" w:type="dxa"/>
              <w:start w:w="110" w:type="dxa"/>
              <w:end w:w="110" w:type="dxa"/>
            </w:tcMar>
            <w:vAlign w:val="center"/>
            <w:shd w:fill="FFFFFF"/>
          </w:tcPr>
          <w:p>
            <w:pPr>
              <w:spacing w:after="0"/>
            </w:pPr>
            <w:r/>
            <w:r>
              <w:rPr>
                <w:rFonts w:ascii="Calibri" w:hAnsi="Calibri" w:eastAsia="Microsoft YaHei"/>
                <w:b w:val="0"/>
                <w:sz w:val="18"/>
              </w:rPr>
              <w:t>向客户讲清法律边界和风险，提出替代方案。</w:t>
            </w:r>
          </w:p>
        </w:tc>
        <w:tc>
          <w:tcPr>
            <w:tcW w:type="dxa" w:w="3910"/>
            <w:tcMar>
              <w:top w:w="80" w:type="dxa"/>
              <w:bottom w:w="80" w:type="dxa"/>
              <w:start w:w="110" w:type="dxa"/>
              <w:end w:w="110" w:type="dxa"/>
            </w:tcMar>
            <w:vAlign w:val="center"/>
            <w:shd w:fill="FFFFFF"/>
          </w:tcPr>
          <w:p>
            <w:pPr>
              <w:spacing w:after="0"/>
            </w:pPr>
            <w:r/>
            <w:r>
              <w:rPr>
                <w:rFonts w:ascii="Calibri" w:hAnsi="Calibri" w:eastAsia="Microsoft YaHei"/>
                <w:b w:val="0"/>
                <w:sz w:val="18"/>
              </w:rPr>
              <w:t>为迎合客户而违反劳动法或牺牲员工权益。</w:t>
            </w:r>
          </w:p>
        </w:tc>
      </w:tr>
      <w:tr>
        <w:tc>
          <w:tcPr>
            <w:tcW w:type="dxa" w:w="1450"/>
            <w:tcMar>
              <w:top w:w="80" w:type="dxa"/>
              <w:bottom w:w="80" w:type="dxa"/>
              <w:start w:w="110" w:type="dxa"/>
              <w:end w:w="110" w:type="dxa"/>
            </w:tcMar>
            <w:vAlign w:val="center"/>
            <w:shd w:fill="FFFFFF"/>
          </w:tcPr>
          <w:p>
            <w:pPr>
              <w:spacing w:after="0"/>
            </w:pPr>
            <w:r/>
            <w:r>
              <w:rPr>
                <w:rFonts w:ascii="Calibri" w:hAnsi="Calibri" w:eastAsia="Microsoft YaHei"/>
                <w:b w:val="0"/>
                <w:sz w:val="18"/>
              </w:rPr>
              <w:t>员工投诉</w:t>
            </w:r>
          </w:p>
        </w:tc>
        <w:tc>
          <w:tcPr>
            <w:tcW w:type="dxa" w:w="4000"/>
            <w:tcMar>
              <w:top w:w="80" w:type="dxa"/>
              <w:bottom w:w="80" w:type="dxa"/>
              <w:start w:w="110" w:type="dxa"/>
              <w:end w:w="110" w:type="dxa"/>
            </w:tcMar>
            <w:vAlign w:val="center"/>
            <w:shd w:fill="FFFFFF"/>
          </w:tcPr>
          <w:p>
            <w:pPr>
              <w:spacing w:after="0"/>
            </w:pPr>
            <w:r/>
            <w:r>
              <w:rPr>
                <w:rFonts w:ascii="Calibri" w:hAnsi="Calibri" w:eastAsia="Microsoft YaHei"/>
                <w:b w:val="0"/>
                <w:sz w:val="18"/>
              </w:rPr>
              <w:t>记录、调查、反馈，保护投诉人不被报复。</w:t>
            </w:r>
          </w:p>
        </w:tc>
        <w:tc>
          <w:tcPr>
            <w:tcW w:type="dxa" w:w="3910"/>
            <w:tcMar>
              <w:top w:w="80" w:type="dxa"/>
              <w:bottom w:w="80" w:type="dxa"/>
              <w:start w:w="110" w:type="dxa"/>
              <w:end w:w="110" w:type="dxa"/>
            </w:tcMar>
            <w:vAlign w:val="center"/>
            <w:shd w:fill="FFFFFF"/>
          </w:tcPr>
          <w:p>
            <w:pPr>
              <w:spacing w:after="0"/>
            </w:pPr>
            <w:r/>
            <w:r>
              <w:rPr>
                <w:rFonts w:ascii="Calibri" w:hAnsi="Calibri" w:eastAsia="Microsoft YaHei"/>
                <w:b w:val="0"/>
                <w:sz w:val="18"/>
              </w:rPr>
              <w:t>推诿、威胁、羞辱、压制投诉。</w:t>
            </w:r>
          </w:p>
        </w:tc>
      </w:tr>
      <w:tr>
        <w:tc>
          <w:tcPr>
            <w:tcW w:type="dxa" w:w="1450"/>
            <w:tcMar>
              <w:top w:w="80" w:type="dxa"/>
              <w:bottom w:w="80" w:type="dxa"/>
              <w:start w:w="110" w:type="dxa"/>
              <w:end w:w="110" w:type="dxa"/>
            </w:tcMar>
            <w:vAlign w:val="center"/>
            <w:shd w:fill="FFFFFF"/>
          </w:tcPr>
          <w:p>
            <w:pPr>
              <w:spacing w:after="0"/>
            </w:pPr>
            <w:r/>
            <w:r>
              <w:rPr>
                <w:rFonts w:ascii="Calibri" w:hAnsi="Calibri" w:eastAsia="Microsoft YaHei"/>
                <w:b w:val="0"/>
                <w:sz w:val="18"/>
              </w:rPr>
              <w:t>跨文化沟通</w:t>
            </w:r>
          </w:p>
        </w:tc>
        <w:tc>
          <w:tcPr>
            <w:tcW w:type="dxa" w:w="4000"/>
            <w:tcMar>
              <w:top w:w="80" w:type="dxa"/>
              <w:bottom w:w="80" w:type="dxa"/>
              <w:start w:w="110" w:type="dxa"/>
              <w:end w:w="110" w:type="dxa"/>
            </w:tcMar>
            <w:vAlign w:val="center"/>
            <w:shd w:fill="FFFFFF"/>
          </w:tcPr>
          <w:p>
            <w:pPr>
              <w:spacing w:after="0"/>
            </w:pPr>
            <w:r/>
            <w:r>
              <w:rPr>
                <w:rFonts w:ascii="Calibri" w:hAnsi="Calibri" w:eastAsia="Microsoft YaHei"/>
                <w:b w:val="0"/>
                <w:sz w:val="18"/>
              </w:rPr>
              <w:t>用员工理解的语言解释规则，尊重不同文化。</w:t>
            </w:r>
          </w:p>
        </w:tc>
        <w:tc>
          <w:tcPr>
            <w:tcW w:type="dxa" w:w="3910"/>
            <w:tcMar>
              <w:top w:w="80" w:type="dxa"/>
              <w:bottom w:w="80" w:type="dxa"/>
              <w:start w:w="110" w:type="dxa"/>
              <w:end w:w="110" w:type="dxa"/>
            </w:tcMar>
            <w:vAlign w:val="center"/>
            <w:shd w:fill="FFFFFF"/>
          </w:tcPr>
          <w:p>
            <w:pPr>
              <w:spacing w:after="0"/>
            </w:pPr>
            <w:r/>
            <w:r>
              <w:rPr>
                <w:rFonts w:ascii="Calibri" w:hAnsi="Calibri" w:eastAsia="Microsoft YaHei"/>
                <w:b w:val="0"/>
                <w:sz w:val="18"/>
              </w:rPr>
              <w:t>因为语言、国籍、岗位低而轻视员工。</w:t>
            </w:r>
          </w:p>
        </w:tc>
      </w:tr>
    </w:tbl>
    <w:p>
      <w:pPr>
        <w:spacing w:after="40"/>
      </w:pPr>
    </w:p>
    <w:p>
      <w:pPr>
        <w:pStyle w:val="Heading1"/>
        <w:spacing w:after="120"/>
      </w:pPr>
      <w:r>
        <w:rPr>
          <w:rFonts w:ascii="Calibri" w:hAnsi="Calibri" w:eastAsia="Microsoft YaHei"/>
          <w:b w:val="0"/>
          <w:sz w:val="21"/>
        </w:rPr>
        <w:t>10. 对员工的承诺</w:t>
      </w:r>
    </w:p>
    <w:p>
      <w:pPr>
        <w:pStyle w:val="ListBullet"/>
        <w:spacing w:after="80"/>
      </w:pPr>
      <w:r>
        <w:rPr>
          <w:rFonts w:ascii="Calibri" w:hAnsi="Calibri" w:eastAsia="Microsoft YaHei"/>
          <w:b w:val="0"/>
          <w:sz w:val="21"/>
        </w:rPr>
        <w:t>我们承诺让员工清楚知道自己的合同、工资、扣款、社保、工时、休假和申诉渠道。</w:t>
      </w:r>
    </w:p>
    <w:p>
      <w:pPr>
        <w:pStyle w:val="ListBullet"/>
        <w:spacing w:after="80"/>
      </w:pPr>
      <w:r>
        <w:rPr>
          <w:rFonts w:ascii="Calibri" w:hAnsi="Calibri" w:eastAsia="Microsoft YaHei"/>
          <w:b w:val="0"/>
          <w:sz w:val="21"/>
        </w:rPr>
        <w:t>我们承诺不以任何形式扣押员工个人证件或限制员工人身自由。</w:t>
      </w:r>
    </w:p>
    <w:p>
      <w:pPr>
        <w:pStyle w:val="ListBullet"/>
        <w:spacing w:after="80"/>
      </w:pPr>
      <w:r>
        <w:rPr>
          <w:rFonts w:ascii="Calibri" w:hAnsi="Calibri" w:eastAsia="Microsoft YaHei"/>
          <w:b w:val="0"/>
          <w:sz w:val="21"/>
        </w:rPr>
        <w:t>我们承诺不允许任何员工、主管、中介或客户代表向劳动者私收费、收回扣或强迫购买服务。</w:t>
      </w:r>
    </w:p>
    <w:p>
      <w:pPr>
        <w:pStyle w:val="ListBullet"/>
        <w:spacing w:after="80"/>
      </w:pPr>
      <w:r>
        <w:rPr>
          <w:rFonts w:ascii="Calibri" w:hAnsi="Calibri" w:eastAsia="Microsoft YaHei"/>
          <w:b w:val="0"/>
          <w:sz w:val="21"/>
        </w:rPr>
        <w:t>我们承诺员工有权提出工资、安全、住宿、骚扰、歧视、签证、扣款和客户现场问题。</w:t>
      </w:r>
    </w:p>
    <w:p>
      <w:pPr>
        <w:pStyle w:val="ListBullet"/>
        <w:spacing w:after="80"/>
      </w:pPr>
      <w:r>
        <w:rPr>
          <w:rFonts w:ascii="Calibri" w:hAnsi="Calibri" w:eastAsia="Microsoft YaHei"/>
          <w:b w:val="0"/>
          <w:sz w:val="21"/>
        </w:rPr>
        <w:t>我们承诺在处理纪律问题时尊重事实、证据、员工陈述和泰国劳动法。</w:t>
      </w:r>
    </w:p>
    <w:p>
      <w:pPr>
        <w:pStyle w:val="Heading1"/>
        <w:spacing w:after="120"/>
      </w:pPr>
      <w:r>
        <w:rPr>
          <w:rFonts w:ascii="Calibri" w:hAnsi="Calibri" w:eastAsia="Microsoft YaHei"/>
          <w:b w:val="0"/>
          <w:sz w:val="21"/>
        </w:rPr>
        <w:t>11. 对客户的承诺</w:t>
      </w:r>
    </w:p>
    <w:p>
      <w:pPr>
        <w:pStyle w:val="ListBullet"/>
        <w:spacing w:after="80"/>
      </w:pPr>
      <w:r>
        <w:rPr>
          <w:rFonts w:ascii="Calibri" w:hAnsi="Calibri" w:eastAsia="Microsoft YaHei"/>
          <w:b w:val="0"/>
          <w:sz w:val="21"/>
        </w:rPr>
        <w:t>我们不只交付人数，更交付稳定、合规和可持续的用工秩序。</w:t>
      </w:r>
    </w:p>
    <w:p>
      <w:pPr>
        <w:pStyle w:val="ListBullet"/>
        <w:spacing w:after="80"/>
      </w:pPr>
      <w:r>
        <w:rPr>
          <w:rFonts w:ascii="Calibri" w:hAnsi="Calibri" w:eastAsia="Microsoft YaHei"/>
          <w:b w:val="0"/>
          <w:sz w:val="21"/>
        </w:rPr>
        <w:t>我们会主动提示劳动法、社保、签证、最低工资、工时、住宿、安全和解雇风险。</w:t>
      </w:r>
    </w:p>
    <w:p>
      <w:pPr>
        <w:pStyle w:val="ListBullet"/>
        <w:spacing w:after="80"/>
      </w:pPr>
      <w:r>
        <w:rPr>
          <w:rFonts w:ascii="Calibri" w:hAnsi="Calibri" w:eastAsia="Microsoft YaHei"/>
          <w:b w:val="0"/>
          <w:sz w:val="21"/>
        </w:rPr>
        <w:t>我们会建立可追踪的招聘、入职、考勤、工资、投诉和离职记录。</w:t>
      </w:r>
    </w:p>
    <w:p>
      <w:pPr>
        <w:pStyle w:val="ListBullet"/>
        <w:spacing w:after="80"/>
      </w:pPr>
      <w:r>
        <w:rPr>
          <w:rFonts w:ascii="Calibri" w:hAnsi="Calibri" w:eastAsia="Microsoft YaHei"/>
          <w:b w:val="0"/>
          <w:sz w:val="21"/>
        </w:rPr>
        <w:t>我们不会用违法低价、隐性收费或虚假承诺换取短期合作。</w:t>
      </w:r>
    </w:p>
    <w:p>
      <w:pPr>
        <w:pStyle w:val="ListBullet"/>
        <w:spacing w:after="80"/>
      </w:pPr>
      <w:r>
        <w:rPr>
          <w:rFonts w:ascii="Calibri" w:hAnsi="Calibri" w:eastAsia="Microsoft YaHei"/>
          <w:b w:val="0"/>
          <w:sz w:val="21"/>
        </w:rPr>
        <w:t>我们把客户视为伙伴，但不会因为客户强势而放弃基本合规底线。</w:t>
      </w:r>
    </w:p>
    <w:p>
      <w:pPr>
        <w:pStyle w:val="Heading1"/>
        <w:spacing w:after="120"/>
      </w:pPr>
      <w:r>
        <w:rPr>
          <w:rFonts w:ascii="Calibri" w:hAnsi="Calibri" w:eastAsia="Microsoft YaHei"/>
          <w:b w:val="0"/>
          <w:sz w:val="21"/>
        </w:rPr>
        <w:t>12. 对管理者的要求</w:t>
      </w:r>
    </w:p>
    <w:tbl>
      <w:tblPr>
        <w:tblW w:type="dxa" w:w="9360"/>
        <w:jc w:val="left"/>
        <w:tblLayout w:type="fixed"/>
        <w:tblLook w:firstColumn="1" w:firstRow="1" w:lastColumn="0" w:lastRow="0" w:noHBand="0" w:noVBand="1" w:val="04A0"/>
        <w:tblBorders>
          <w:top w:val="single" w:sz="6" w:space="0" w:color="D6DCE5"/>
          <w:left w:val="single" w:sz="6" w:space="0" w:color="D6DCE5"/>
          <w:bottom w:val="single" w:sz="6" w:space="0" w:color="D6DCE5"/>
          <w:right w:val="single" w:sz="6" w:space="0" w:color="D6DCE5"/>
          <w:insideH w:val="single" w:sz="6" w:space="0" w:color="D6DCE5"/>
          <w:insideV w:val="single" w:sz="6" w:space="0" w:color="D6DCE5"/>
        </w:tblBorders>
      </w:tblPr>
      <w:tblGrid>
        <w:gridCol w:w="2600"/>
        <w:gridCol w:w="6760"/>
      </w:tblGrid>
      <w:tr>
        <w:tc>
          <w:tcPr>
            <w:tcW w:type="dxa" w:w="2600"/>
            <w:tcMar>
              <w:top w:w="80" w:type="dxa"/>
              <w:bottom w:w="80" w:type="dxa"/>
              <w:start w:w="110" w:type="dxa"/>
              <w:end w:w="110" w:type="dxa"/>
            </w:tcMar>
            <w:vAlign w:val="center"/>
            <w:shd w:fill="E8EEF5"/>
          </w:tcPr>
          <w:p>
            <w:pPr>
              <w:spacing w:after="0"/>
            </w:pPr>
            <w:r/>
            <w:r>
              <w:rPr>
                <w:rFonts w:ascii="Calibri" w:hAnsi="Calibri" w:eastAsia="Microsoft YaHei"/>
                <w:b/>
                <w:color w:val="002B5C"/>
                <w:sz w:val="18"/>
              </w:rPr>
              <w:t>管理责任</w:t>
            </w:r>
          </w:p>
        </w:tc>
        <w:tc>
          <w:tcPr>
            <w:tcW w:type="dxa" w:w="6760"/>
            <w:tcMar>
              <w:top w:w="80" w:type="dxa"/>
              <w:bottom w:w="80" w:type="dxa"/>
              <w:start w:w="110" w:type="dxa"/>
              <w:end w:w="110" w:type="dxa"/>
            </w:tcMar>
            <w:vAlign w:val="center"/>
            <w:shd w:fill="E8EEF5"/>
          </w:tcPr>
          <w:p>
            <w:pPr>
              <w:spacing w:after="0"/>
            </w:pPr>
            <w:r/>
            <w:r>
              <w:rPr>
                <w:rFonts w:ascii="Calibri" w:hAnsi="Calibri" w:eastAsia="Microsoft YaHei"/>
                <w:b/>
                <w:color w:val="002B5C"/>
                <w:sz w:val="18"/>
              </w:rPr>
              <w:t>具体要求</w:t>
            </w:r>
          </w:p>
        </w:tc>
        <w:trPr>
          <w:tblHeader/>
        </w:trPr>
      </w:tr>
      <w:tr>
        <w:tc>
          <w:tcPr>
            <w:tcW w:type="dxa" w:w="2600"/>
            <w:tcMar>
              <w:top w:w="80" w:type="dxa"/>
              <w:bottom w:w="80" w:type="dxa"/>
              <w:start w:w="110" w:type="dxa"/>
              <w:end w:w="110" w:type="dxa"/>
            </w:tcMar>
            <w:vAlign w:val="center"/>
            <w:shd w:fill="FFFFFF"/>
          </w:tcPr>
          <w:p>
            <w:pPr>
              <w:spacing w:after="0"/>
            </w:pPr>
            <w:r/>
            <w:r>
              <w:rPr>
                <w:rFonts w:ascii="Calibri" w:hAnsi="Calibri" w:eastAsia="Microsoft YaHei"/>
                <w:b w:val="0"/>
                <w:sz w:val="18"/>
              </w:rPr>
              <w:t>讲清楚</w:t>
            </w:r>
          </w:p>
        </w:tc>
        <w:tc>
          <w:tcPr>
            <w:tcW w:type="dxa" w:w="6760"/>
            <w:tcMar>
              <w:top w:w="80" w:type="dxa"/>
              <w:bottom w:w="80" w:type="dxa"/>
              <w:start w:w="110" w:type="dxa"/>
              <w:end w:w="110" w:type="dxa"/>
            </w:tcMar>
            <w:vAlign w:val="center"/>
            <w:shd w:fill="FFFFFF"/>
          </w:tcPr>
          <w:p>
            <w:pPr>
              <w:spacing w:after="0"/>
            </w:pPr>
            <w:r/>
            <w:r>
              <w:rPr>
                <w:rFonts w:ascii="Calibri" w:hAnsi="Calibri" w:eastAsia="Microsoft YaHei"/>
                <w:b w:val="0"/>
                <w:sz w:val="18"/>
              </w:rPr>
              <w:t>任何任务、工资、扣款、加班、处罚、调岗和离职要求，都要让员工听得懂、看得见、可追溯。</w:t>
            </w:r>
          </w:p>
        </w:tc>
      </w:tr>
      <w:tr>
        <w:tc>
          <w:tcPr>
            <w:tcW w:type="dxa" w:w="2600"/>
            <w:tcMar>
              <w:top w:w="80" w:type="dxa"/>
              <w:bottom w:w="80" w:type="dxa"/>
              <w:start w:w="110" w:type="dxa"/>
              <w:end w:w="110" w:type="dxa"/>
            </w:tcMar>
            <w:vAlign w:val="center"/>
            <w:shd w:fill="FFFFFF"/>
          </w:tcPr>
          <w:p>
            <w:pPr>
              <w:spacing w:after="0"/>
            </w:pPr>
            <w:r/>
            <w:r>
              <w:rPr>
                <w:rFonts w:ascii="Calibri" w:hAnsi="Calibri" w:eastAsia="Microsoft YaHei"/>
                <w:b w:val="0"/>
                <w:sz w:val="18"/>
              </w:rPr>
              <w:t>守底线</w:t>
            </w:r>
          </w:p>
        </w:tc>
        <w:tc>
          <w:tcPr>
            <w:tcW w:type="dxa" w:w="6760"/>
            <w:tcMar>
              <w:top w:w="80" w:type="dxa"/>
              <w:bottom w:w="80" w:type="dxa"/>
              <w:start w:w="110" w:type="dxa"/>
              <w:end w:w="110" w:type="dxa"/>
            </w:tcMar>
            <w:vAlign w:val="center"/>
            <w:shd w:fill="FFFFFF"/>
          </w:tcPr>
          <w:p>
            <w:pPr>
              <w:spacing w:after="0"/>
            </w:pPr>
            <w:r/>
            <w:r>
              <w:rPr>
                <w:rFonts w:ascii="Calibri" w:hAnsi="Calibri" w:eastAsia="Microsoft YaHei"/>
                <w:b w:val="0"/>
                <w:sz w:val="18"/>
              </w:rPr>
              <w:t>不做违法扣款、扣证、虚假承诺、无记录加班、隐瞒事故。</w:t>
            </w:r>
          </w:p>
        </w:tc>
      </w:tr>
      <w:tr>
        <w:tc>
          <w:tcPr>
            <w:tcW w:type="dxa" w:w="2600"/>
            <w:tcMar>
              <w:top w:w="80" w:type="dxa"/>
              <w:bottom w:w="80" w:type="dxa"/>
              <w:start w:w="110" w:type="dxa"/>
              <w:end w:w="110" w:type="dxa"/>
            </w:tcMar>
            <w:vAlign w:val="center"/>
            <w:shd w:fill="FFFFFF"/>
          </w:tcPr>
          <w:p>
            <w:pPr>
              <w:spacing w:after="0"/>
            </w:pPr>
            <w:r/>
            <w:r>
              <w:rPr>
                <w:rFonts w:ascii="Calibri" w:hAnsi="Calibri" w:eastAsia="Microsoft YaHei"/>
                <w:b w:val="0"/>
                <w:sz w:val="18"/>
              </w:rPr>
              <w:t>到现场</w:t>
            </w:r>
          </w:p>
        </w:tc>
        <w:tc>
          <w:tcPr>
            <w:tcW w:type="dxa" w:w="6760"/>
            <w:tcMar>
              <w:top w:w="80" w:type="dxa"/>
              <w:bottom w:w="80" w:type="dxa"/>
              <w:start w:w="110" w:type="dxa"/>
              <w:end w:w="110" w:type="dxa"/>
            </w:tcMar>
            <w:vAlign w:val="center"/>
            <w:shd w:fill="FFFFFF"/>
          </w:tcPr>
          <w:p>
            <w:pPr>
              <w:spacing w:after="0"/>
            </w:pPr>
            <w:r/>
            <w:r>
              <w:rPr>
                <w:rFonts w:ascii="Calibri" w:hAnsi="Calibri" w:eastAsia="Microsoft YaHei"/>
                <w:b w:val="0"/>
                <w:sz w:val="18"/>
              </w:rPr>
              <w:t>人力资源服务的问题常在现场发生，管理者必须理解工厂、宿舍、班车和客户一线。</w:t>
            </w:r>
          </w:p>
        </w:tc>
      </w:tr>
      <w:tr>
        <w:tc>
          <w:tcPr>
            <w:tcW w:type="dxa" w:w="2600"/>
            <w:tcMar>
              <w:top w:w="80" w:type="dxa"/>
              <w:bottom w:w="80" w:type="dxa"/>
              <w:start w:w="110" w:type="dxa"/>
              <w:end w:w="110" w:type="dxa"/>
            </w:tcMar>
            <w:vAlign w:val="center"/>
            <w:shd w:fill="FFFFFF"/>
          </w:tcPr>
          <w:p>
            <w:pPr>
              <w:spacing w:after="0"/>
            </w:pPr>
            <w:r/>
            <w:r>
              <w:rPr>
                <w:rFonts w:ascii="Calibri" w:hAnsi="Calibri" w:eastAsia="Microsoft YaHei"/>
                <w:b w:val="0"/>
                <w:sz w:val="18"/>
              </w:rPr>
              <w:t>留证据</w:t>
            </w:r>
          </w:p>
        </w:tc>
        <w:tc>
          <w:tcPr>
            <w:tcW w:type="dxa" w:w="6760"/>
            <w:tcMar>
              <w:top w:w="80" w:type="dxa"/>
              <w:bottom w:w="80" w:type="dxa"/>
              <w:start w:w="110" w:type="dxa"/>
              <w:end w:w="110" w:type="dxa"/>
            </w:tcMar>
            <w:vAlign w:val="center"/>
            <w:shd w:fill="FFFFFF"/>
          </w:tcPr>
          <w:p>
            <w:pPr>
              <w:spacing w:after="0"/>
            </w:pPr>
            <w:r/>
            <w:r>
              <w:rPr>
                <w:rFonts w:ascii="Calibri" w:hAnsi="Calibri" w:eastAsia="Microsoft YaHei"/>
                <w:b w:val="0"/>
                <w:sz w:val="18"/>
              </w:rPr>
              <w:t>招聘、考勤、工资、投诉、处分、离职都要有记录。</w:t>
            </w:r>
          </w:p>
        </w:tc>
      </w:tr>
      <w:tr>
        <w:tc>
          <w:tcPr>
            <w:tcW w:type="dxa" w:w="2600"/>
            <w:tcMar>
              <w:top w:w="80" w:type="dxa"/>
              <w:bottom w:w="80" w:type="dxa"/>
              <w:start w:w="110" w:type="dxa"/>
              <w:end w:w="110" w:type="dxa"/>
            </w:tcMar>
            <w:vAlign w:val="center"/>
            <w:shd w:fill="FFFFFF"/>
          </w:tcPr>
          <w:p>
            <w:pPr>
              <w:spacing w:after="0"/>
            </w:pPr>
            <w:r/>
            <w:r>
              <w:rPr>
                <w:rFonts w:ascii="Calibri" w:hAnsi="Calibri" w:eastAsia="Microsoft YaHei"/>
                <w:b w:val="0"/>
                <w:sz w:val="18"/>
              </w:rPr>
              <w:t>先解决</w:t>
            </w:r>
          </w:p>
        </w:tc>
        <w:tc>
          <w:tcPr>
            <w:tcW w:type="dxa" w:w="6760"/>
            <w:tcMar>
              <w:top w:w="80" w:type="dxa"/>
              <w:bottom w:w="80" w:type="dxa"/>
              <w:start w:w="110" w:type="dxa"/>
              <w:end w:w="110" w:type="dxa"/>
            </w:tcMar>
            <w:vAlign w:val="center"/>
            <w:shd w:fill="FFFFFF"/>
          </w:tcPr>
          <w:p>
            <w:pPr>
              <w:spacing w:after="0"/>
            </w:pPr>
            <w:r/>
            <w:r>
              <w:rPr>
                <w:rFonts w:ascii="Calibri" w:hAnsi="Calibri" w:eastAsia="Microsoft YaHei"/>
                <w:b w:val="0"/>
                <w:sz w:val="18"/>
              </w:rPr>
              <w:t>遇到员工问题和客户投诉，先解决事实问题，再讨论责任。</w:t>
            </w:r>
          </w:p>
        </w:tc>
      </w:tr>
      <w:tr>
        <w:tc>
          <w:tcPr>
            <w:tcW w:type="dxa" w:w="2600"/>
            <w:tcMar>
              <w:top w:w="80" w:type="dxa"/>
              <w:bottom w:w="80" w:type="dxa"/>
              <w:start w:w="110" w:type="dxa"/>
              <w:end w:w="110" w:type="dxa"/>
            </w:tcMar>
            <w:vAlign w:val="center"/>
            <w:shd w:fill="FFFFFF"/>
          </w:tcPr>
          <w:p>
            <w:pPr>
              <w:spacing w:after="0"/>
            </w:pPr>
            <w:r/>
            <w:r>
              <w:rPr>
                <w:rFonts w:ascii="Calibri" w:hAnsi="Calibri" w:eastAsia="Microsoft YaHei"/>
                <w:b w:val="0"/>
                <w:sz w:val="18"/>
              </w:rPr>
              <w:t>做榜样</w:t>
            </w:r>
          </w:p>
        </w:tc>
        <w:tc>
          <w:tcPr>
            <w:tcW w:type="dxa" w:w="6760"/>
            <w:tcMar>
              <w:top w:w="80" w:type="dxa"/>
              <w:bottom w:w="80" w:type="dxa"/>
              <w:start w:w="110" w:type="dxa"/>
              <w:end w:w="110" w:type="dxa"/>
            </w:tcMar>
            <w:vAlign w:val="center"/>
            <w:shd w:fill="FFFFFF"/>
          </w:tcPr>
          <w:p>
            <w:pPr>
              <w:spacing w:after="0"/>
            </w:pPr>
            <w:r/>
            <w:r>
              <w:rPr>
                <w:rFonts w:ascii="Calibri" w:hAnsi="Calibri" w:eastAsia="Microsoft YaHei"/>
                <w:b w:val="0"/>
                <w:sz w:val="18"/>
              </w:rPr>
              <w:t>管理者的语言、态度和处理方式，就是员工看到的公司文化。</w:t>
            </w:r>
          </w:p>
        </w:tc>
      </w:tr>
    </w:tbl>
    <w:p>
      <w:pPr>
        <w:spacing w:after="40"/>
      </w:pPr>
    </w:p>
    <w:p>
      <w:pPr>
        <w:pStyle w:val="Heading1"/>
        <w:spacing w:after="120"/>
      </w:pPr>
      <w:r>
        <w:rPr>
          <w:rFonts w:ascii="Calibri" w:hAnsi="Calibri" w:eastAsia="Microsoft YaHei"/>
          <w:b w:val="0"/>
          <w:sz w:val="21"/>
        </w:rPr>
        <w:t>13. 文化落地机制</w:t>
      </w:r>
    </w:p>
    <w:tbl>
      <w:tblPr>
        <w:tblW w:type="dxa" w:w="9360"/>
        <w:jc w:val="left"/>
        <w:tblLayout w:type="fixed"/>
        <w:tblLook w:firstColumn="1" w:firstRow="1" w:lastColumn="0" w:lastRow="0" w:noHBand="0" w:noVBand="1" w:val="04A0"/>
        <w:tblBorders>
          <w:top w:val="single" w:sz="6" w:space="0" w:color="D6DCE5"/>
          <w:left w:val="single" w:sz="6" w:space="0" w:color="D6DCE5"/>
          <w:bottom w:val="single" w:sz="6" w:space="0" w:color="D6DCE5"/>
          <w:right w:val="single" w:sz="6" w:space="0" w:color="D6DCE5"/>
          <w:insideH w:val="single" w:sz="6" w:space="0" w:color="D6DCE5"/>
          <w:insideV w:val="single" w:sz="6" w:space="0" w:color="D6DCE5"/>
        </w:tblBorders>
      </w:tblPr>
      <w:tblGrid>
        <w:gridCol w:w="2100"/>
        <w:gridCol w:w="3000"/>
        <w:gridCol w:w="4260"/>
      </w:tblGrid>
      <w:tr>
        <w:tc>
          <w:tcPr>
            <w:tcW w:type="dxa" w:w="2100"/>
            <w:tcMar>
              <w:top w:w="80" w:type="dxa"/>
              <w:bottom w:w="80" w:type="dxa"/>
              <w:start w:w="110" w:type="dxa"/>
              <w:end w:w="110" w:type="dxa"/>
            </w:tcMar>
            <w:vAlign w:val="center"/>
            <w:shd w:fill="E8EEF5"/>
          </w:tcPr>
          <w:p>
            <w:pPr>
              <w:spacing w:after="0"/>
            </w:pPr>
            <w:r/>
            <w:r>
              <w:rPr>
                <w:rFonts w:ascii="Calibri" w:hAnsi="Calibri" w:eastAsia="Microsoft YaHei"/>
                <w:b/>
                <w:color w:val="002B5C"/>
                <w:sz w:val="18"/>
              </w:rPr>
              <w:t>机制</w:t>
            </w:r>
          </w:p>
        </w:tc>
        <w:tc>
          <w:tcPr>
            <w:tcW w:type="dxa" w:w="3000"/>
            <w:tcMar>
              <w:top w:w="80" w:type="dxa"/>
              <w:bottom w:w="80" w:type="dxa"/>
              <w:start w:w="110" w:type="dxa"/>
              <w:end w:w="110" w:type="dxa"/>
            </w:tcMar>
            <w:vAlign w:val="center"/>
            <w:shd w:fill="E8EEF5"/>
          </w:tcPr>
          <w:p>
            <w:pPr>
              <w:spacing w:after="0"/>
            </w:pPr>
            <w:r/>
            <w:r>
              <w:rPr>
                <w:rFonts w:ascii="Calibri" w:hAnsi="Calibri" w:eastAsia="Microsoft YaHei"/>
                <w:b/>
                <w:color w:val="002B5C"/>
                <w:sz w:val="18"/>
              </w:rPr>
              <w:t>频率</w:t>
            </w:r>
          </w:p>
        </w:tc>
        <w:tc>
          <w:tcPr>
            <w:tcW w:type="dxa" w:w="4260"/>
            <w:tcMar>
              <w:top w:w="80" w:type="dxa"/>
              <w:bottom w:w="80" w:type="dxa"/>
              <w:start w:w="110" w:type="dxa"/>
              <w:end w:w="110" w:type="dxa"/>
            </w:tcMar>
            <w:vAlign w:val="center"/>
            <w:shd w:fill="E8EEF5"/>
          </w:tcPr>
          <w:p>
            <w:pPr>
              <w:spacing w:after="0"/>
            </w:pPr>
            <w:r/>
            <w:r>
              <w:rPr>
                <w:rFonts w:ascii="Calibri" w:hAnsi="Calibri" w:eastAsia="Microsoft YaHei"/>
                <w:b/>
                <w:color w:val="002B5C"/>
                <w:sz w:val="18"/>
              </w:rPr>
              <w:t>内容</w:t>
            </w:r>
          </w:p>
        </w:tc>
        <w:trPr>
          <w:tblHeader/>
        </w:trPr>
      </w:tr>
      <w:tr>
        <w:tc>
          <w:tcPr>
            <w:tcW w:type="dxa" w:w="2100"/>
            <w:tcMar>
              <w:top w:w="80" w:type="dxa"/>
              <w:bottom w:w="80" w:type="dxa"/>
              <w:start w:w="110" w:type="dxa"/>
              <w:end w:w="110" w:type="dxa"/>
            </w:tcMar>
            <w:vAlign w:val="center"/>
            <w:shd w:fill="FFFFFF"/>
          </w:tcPr>
          <w:p>
            <w:pPr>
              <w:spacing w:after="0"/>
            </w:pPr>
            <w:r/>
            <w:r>
              <w:rPr>
                <w:rFonts w:ascii="Calibri" w:hAnsi="Calibri" w:eastAsia="Microsoft YaHei"/>
                <w:b w:val="0"/>
                <w:sz w:val="18"/>
              </w:rPr>
              <w:t>新员工文化培训</w:t>
            </w:r>
          </w:p>
        </w:tc>
        <w:tc>
          <w:tcPr>
            <w:tcW w:type="dxa" w:w="3000"/>
            <w:tcMar>
              <w:top w:w="80" w:type="dxa"/>
              <w:bottom w:w="80" w:type="dxa"/>
              <w:start w:w="110" w:type="dxa"/>
              <w:end w:w="110" w:type="dxa"/>
            </w:tcMar>
            <w:vAlign w:val="center"/>
            <w:shd w:fill="FFFFFF"/>
          </w:tcPr>
          <w:p>
            <w:pPr>
              <w:spacing w:after="0"/>
            </w:pPr>
            <w:r/>
            <w:r>
              <w:rPr>
                <w:rFonts w:ascii="Calibri" w:hAnsi="Calibri" w:eastAsia="Microsoft YaHei"/>
                <w:b w:val="0"/>
                <w:sz w:val="18"/>
              </w:rPr>
              <w:t>入职时</w:t>
            </w:r>
          </w:p>
        </w:tc>
        <w:tc>
          <w:tcPr>
            <w:tcW w:type="dxa" w:w="4260"/>
            <w:tcMar>
              <w:top w:w="80" w:type="dxa"/>
              <w:bottom w:w="80" w:type="dxa"/>
              <w:start w:w="110" w:type="dxa"/>
              <w:end w:w="110" w:type="dxa"/>
            </w:tcMar>
            <w:vAlign w:val="center"/>
            <w:shd w:fill="FFFFFF"/>
          </w:tcPr>
          <w:p>
            <w:pPr>
              <w:spacing w:after="0"/>
            </w:pPr>
            <w:r/>
            <w:r>
              <w:rPr>
                <w:rFonts w:ascii="Calibri" w:hAnsi="Calibri" w:eastAsia="Microsoft YaHei"/>
                <w:b w:val="0"/>
                <w:sz w:val="18"/>
              </w:rPr>
              <w:t>愿景、使命、三个P、劳动纪律、投诉渠道、禁止私收费。</w:t>
            </w:r>
          </w:p>
        </w:tc>
      </w:tr>
      <w:tr>
        <w:tc>
          <w:tcPr>
            <w:tcW w:type="dxa" w:w="2100"/>
            <w:tcMar>
              <w:top w:w="80" w:type="dxa"/>
              <w:bottom w:w="80" w:type="dxa"/>
              <w:start w:w="110" w:type="dxa"/>
              <w:end w:w="110" w:type="dxa"/>
            </w:tcMar>
            <w:vAlign w:val="center"/>
            <w:shd w:fill="FFFFFF"/>
          </w:tcPr>
          <w:p>
            <w:pPr>
              <w:spacing w:after="0"/>
            </w:pPr>
            <w:r/>
            <w:r>
              <w:rPr>
                <w:rFonts w:ascii="Calibri" w:hAnsi="Calibri" w:eastAsia="Microsoft YaHei"/>
                <w:b w:val="0"/>
                <w:sz w:val="18"/>
              </w:rPr>
              <w:t>客户项目复盘</w:t>
            </w:r>
          </w:p>
        </w:tc>
        <w:tc>
          <w:tcPr>
            <w:tcW w:type="dxa" w:w="3000"/>
            <w:tcMar>
              <w:top w:w="80" w:type="dxa"/>
              <w:bottom w:w="80" w:type="dxa"/>
              <w:start w:w="110" w:type="dxa"/>
              <w:end w:w="110" w:type="dxa"/>
            </w:tcMar>
            <w:vAlign w:val="center"/>
            <w:shd w:fill="FFFFFF"/>
          </w:tcPr>
          <w:p>
            <w:pPr>
              <w:spacing w:after="0"/>
            </w:pPr>
            <w:r/>
            <w:r>
              <w:rPr>
                <w:rFonts w:ascii="Calibri" w:hAnsi="Calibri" w:eastAsia="Microsoft YaHei"/>
                <w:b w:val="0"/>
                <w:sz w:val="18"/>
              </w:rPr>
              <w:t>每月</w:t>
            </w:r>
          </w:p>
        </w:tc>
        <w:tc>
          <w:tcPr>
            <w:tcW w:type="dxa" w:w="4260"/>
            <w:tcMar>
              <w:top w:w="80" w:type="dxa"/>
              <w:bottom w:w="80" w:type="dxa"/>
              <w:start w:w="110" w:type="dxa"/>
              <w:end w:w="110" w:type="dxa"/>
            </w:tcMar>
            <w:vAlign w:val="center"/>
            <w:shd w:fill="FFFFFF"/>
          </w:tcPr>
          <w:p>
            <w:pPr>
              <w:spacing w:after="0"/>
            </w:pPr>
            <w:r/>
            <w:r>
              <w:rPr>
                <w:rFonts w:ascii="Calibri" w:hAnsi="Calibri" w:eastAsia="Microsoft YaHei"/>
                <w:b w:val="0"/>
                <w:sz w:val="18"/>
              </w:rPr>
              <w:t>人员稳定、客户满意、员工投诉、工资准确率、安全事件。</w:t>
            </w:r>
          </w:p>
        </w:tc>
      </w:tr>
      <w:tr>
        <w:tc>
          <w:tcPr>
            <w:tcW w:type="dxa" w:w="2100"/>
            <w:tcMar>
              <w:top w:w="80" w:type="dxa"/>
              <w:bottom w:w="80" w:type="dxa"/>
              <w:start w:w="110" w:type="dxa"/>
              <w:end w:w="110" w:type="dxa"/>
            </w:tcMar>
            <w:vAlign w:val="center"/>
            <w:shd w:fill="FFFFFF"/>
          </w:tcPr>
          <w:p>
            <w:pPr>
              <w:spacing w:after="0"/>
            </w:pPr>
            <w:r/>
            <w:r>
              <w:rPr>
                <w:rFonts w:ascii="Calibri" w:hAnsi="Calibri" w:eastAsia="Microsoft YaHei"/>
                <w:b w:val="0"/>
                <w:sz w:val="18"/>
              </w:rPr>
              <w:t>员工权益检查</w:t>
            </w:r>
          </w:p>
        </w:tc>
        <w:tc>
          <w:tcPr>
            <w:tcW w:type="dxa" w:w="3000"/>
            <w:tcMar>
              <w:top w:w="80" w:type="dxa"/>
              <w:bottom w:w="80" w:type="dxa"/>
              <w:start w:w="110" w:type="dxa"/>
              <w:end w:w="110" w:type="dxa"/>
            </w:tcMar>
            <w:vAlign w:val="center"/>
            <w:shd w:fill="FFFFFF"/>
          </w:tcPr>
          <w:p>
            <w:pPr>
              <w:spacing w:after="0"/>
            </w:pPr>
            <w:r/>
            <w:r>
              <w:rPr>
                <w:rFonts w:ascii="Calibri" w:hAnsi="Calibri" w:eastAsia="Microsoft YaHei"/>
                <w:b w:val="0"/>
                <w:sz w:val="18"/>
              </w:rPr>
              <w:t>每月</w:t>
            </w:r>
          </w:p>
        </w:tc>
        <w:tc>
          <w:tcPr>
            <w:tcW w:type="dxa" w:w="4260"/>
            <w:tcMar>
              <w:top w:w="80" w:type="dxa"/>
              <w:bottom w:w="80" w:type="dxa"/>
              <w:start w:w="110" w:type="dxa"/>
              <w:end w:w="110" w:type="dxa"/>
            </w:tcMar>
            <w:vAlign w:val="center"/>
            <w:shd w:fill="FFFFFF"/>
          </w:tcPr>
          <w:p>
            <w:pPr>
              <w:spacing w:after="0"/>
            </w:pPr>
            <w:r/>
            <w:r>
              <w:rPr>
                <w:rFonts w:ascii="Calibri" w:hAnsi="Calibri" w:eastAsia="Microsoft YaHei"/>
                <w:b w:val="0"/>
                <w:sz w:val="18"/>
              </w:rPr>
              <w:t>工资、社保、扣款、签证、住宿、安全、证件保管。</w:t>
            </w:r>
          </w:p>
        </w:tc>
      </w:tr>
      <w:tr>
        <w:tc>
          <w:tcPr>
            <w:tcW w:type="dxa" w:w="2100"/>
            <w:tcMar>
              <w:top w:w="80" w:type="dxa"/>
              <w:bottom w:w="80" w:type="dxa"/>
              <w:start w:w="110" w:type="dxa"/>
              <w:end w:w="110" w:type="dxa"/>
            </w:tcMar>
            <w:vAlign w:val="center"/>
            <w:shd w:fill="FFFFFF"/>
          </w:tcPr>
          <w:p>
            <w:pPr>
              <w:spacing w:after="0"/>
            </w:pPr>
            <w:r/>
            <w:r>
              <w:rPr>
                <w:rFonts w:ascii="Calibri" w:hAnsi="Calibri" w:eastAsia="Microsoft YaHei"/>
                <w:b w:val="0"/>
                <w:sz w:val="18"/>
              </w:rPr>
              <w:t>管理者文化评估</w:t>
            </w:r>
          </w:p>
        </w:tc>
        <w:tc>
          <w:tcPr>
            <w:tcW w:type="dxa" w:w="3000"/>
            <w:tcMar>
              <w:top w:w="80" w:type="dxa"/>
              <w:bottom w:w="80" w:type="dxa"/>
              <w:start w:w="110" w:type="dxa"/>
              <w:end w:w="110" w:type="dxa"/>
            </w:tcMar>
            <w:vAlign w:val="center"/>
            <w:shd w:fill="FFFFFF"/>
          </w:tcPr>
          <w:p>
            <w:pPr>
              <w:spacing w:after="0"/>
            </w:pPr>
            <w:r/>
            <w:r>
              <w:rPr>
                <w:rFonts w:ascii="Calibri" w:hAnsi="Calibri" w:eastAsia="Microsoft YaHei"/>
                <w:b w:val="0"/>
                <w:sz w:val="18"/>
              </w:rPr>
              <w:t>季度</w:t>
            </w:r>
          </w:p>
        </w:tc>
        <w:tc>
          <w:tcPr>
            <w:tcW w:type="dxa" w:w="4260"/>
            <w:tcMar>
              <w:top w:w="80" w:type="dxa"/>
              <w:bottom w:w="80" w:type="dxa"/>
              <w:start w:w="110" w:type="dxa"/>
              <w:end w:w="110" w:type="dxa"/>
            </w:tcMar>
            <w:vAlign w:val="center"/>
            <w:shd w:fill="FFFFFF"/>
          </w:tcPr>
          <w:p>
            <w:pPr>
              <w:spacing w:after="0"/>
            </w:pPr>
            <w:r/>
            <w:r>
              <w:rPr>
                <w:rFonts w:ascii="Calibri" w:hAnsi="Calibri" w:eastAsia="Microsoft YaHei"/>
                <w:b w:val="0"/>
                <w:sz w:val="18"/>
              </w:rPr>
              <w:t>是否公平、是否留痕、是否尊重员工、是否守合规底线。</w:t>
            </w:r>
          </w:p>
        </w:tc>
      </w:tr>
      <w:tr>
        <w:tc>
          <w:tcPr>
            <w:tcW w:type="dxa" w:w="2100"/>
            <w:tcMar>
              <w:top w:w="80" w:type="dxa"/>
              <w:bottom w:w="80" w:type="dxa"/>
              <w:start w:w="110" w:type="dxa"/>
              <w:end w:w="110" w:type="dxa"/>
            </w:tcMar>
            <w:vAlign w:val="center"/>
            <w:shd w:fill="FFFFFF"/>
          </w:tcPr>
          <w:p>
            <w:pPr>
              <w:spacing w:after="0"/>
            </w:pPr>
            <w:r/>
            <w:r>
              <w:rPr>
                <w:rFonts w:ascii="Calibri" w:hAnsi="Calibri" w:eastAsia="Microsoft YaHei"/>
                <w:b w:val="0"/>
                <w:sz w:val="18"/>
              </w:rPr>
              <w:t>文化案例分享</w:t>
            </w:r>
          </w:p>
        </w:tc>
        <w:tc>
          <w:tcPr>
            <w:tcW w:type="dxa" w:w="3000"/>
            <w:tcMar>
              <w:top w:w="80" w:type="dxa"/>
              <w:bottom w:w="80" w:type="dxa"/>
              <w:start w:w="110" w:type="dxa"/>
              <w:end w:w="110" w:type="dxa"/>
            </w:tcMar>
            <w:vAlign w:val="center"/>
            <w:shd w:fill="FFFFFF"/>
          </w:tcPr>
          <w:p>
            <w:pPr>
              <w:spacing w:after="0"/>
            </w:pPr>
            <w:r/>
            <w:r>
              <w:rPr>
                <w:rFonts w:ascii="Calibri" w:hAnsi="Calibri" w:eastAsia="Microsoft YaHei"/>
                <w:b w:val="0"/>
                <w:sz w:val="18"/>
              </w:rPr>
              <w:t>季度</w:t>
            </w:r>
          </w:p>
        </w:tc>
        <w:tc>
          <w:tcPr>
            <w:tcW w:type="dxa" w:w="4260"/>
            <w:tcMar>
              <w:top w:w="80" w:type="dxa"/>
              <w:bottom w:w="80" w:type="dxa"/>
              <w:start w:w="110" w:type="dxa"/>
              <w:end w:w="110" w:type="dxa"/>
            </w:tcMar>
            <w:vAlign w:val="center"/>
            <w:shd w:fill="FFFFFF"/>
          </w:tcPr>
          <w:p>
            <w:pPr>
              <w:spacing w:after="0"/>
            </w:pPr>
            <w:r/>
            <w:r>
              <w:rPr>
                <w:rFonts w:ascii="Calibri" w:hAnsi="Calibri" w:eastAsia="Microsoft YaHei"/>
                <w:b w:val="0"/>
                <w:sz w:val="18"/>
              </w:rPr>
              <w:t>正面案例、风险案例、改进要求。</w:t>
            </w:r>
          </w:p>
        </w:tc>
      </w:tr>
    </w:tbl>
    <w:p>
      <w:pPr>
        <w:spacing w:after="40"/>
      </w:pPr>
    </w:p>
    <w:p>
      <w:pPr>
        <w:pStyle w:val="Heading1"/>
        <w:spacing w:after="120"/>
      </w:pPr>
      <w:r>
        <w:rPr>
          <w:rFonts w:ascii="Calibri" w:hAnsi="Calibri" w:eastAsia="Microsoft YaHei"/>
          <w:b w:val="0"/>
          <w:sz w:val="21"/>
        </w:rPr>
        <w:t>14. 文化金句</w:t>
      </w:r>
    </w:p>
    <w:p>
      <w:pPr>
        <w:pStyle w:val="ListBullet"/>
        <w:spacing w:after="80"/>
      </w:pPr>
      <w:r>
        <w:rPr>
          <w:rFonts w:ascii="Calibri" w:hAnsi="Calibri" w:eastAsia="Microsoft YaHei"/>
          <w:b w:val="0"/>
          <w:sz w:val="21"/>
        </w:rPr>
        <w:t>岗位有高低，尊严无等级。</w:t>
      </w:r>
    </w:p>
    <w:p>
      <w:pPr>
        <w:pStyle w:val="ListBullet"/>
        <w:spacing w:after="80"/>
      </w:pPr>
      <w:r>
        <w:rPr>
          <w:rFonts w:ascii="Calibri" w:hAnsi="Calibri" w:eastAsia="Microsoft YaHei"/>
          <w:b w:val="0"/>
          <w:sz w:val="21"/>
        </w:rPr>
        <w:t>规则讲清楚，信任才站得住。</w:t>
      </w:r>
    </w:p>
    <w:p>
      <w:pPr>
        <w:pStyle w:val="ListBullet"/>
        <w:spacing w:after="80"/>
      </w:pPr>
      <w:r>
        <w:rPr>
          <w:rFonts w:ascii="Calibri" w:hAnsi="Calibri" w:eastAsia="Microsoft YaHei"/>
          <w:b w:val="0"/>
          <w:sz w:val="21"/>
        </w:rPr>
        <w:t>合规不是慢，合规是走得远。</w:t>
      </w:r>
    </w:p>
    <w:p>
      <w:pPr>
        <w:pStyle w:val="ListBullet"/>
        <w:spacing w:after="80"/>
      </w:pPr>
      <w:r>
        <w:rPr>
          <w:rFonts w:ascii="Calibri" w:hAnsi="Calibri" w:eastAsia="Microsoft YaHei"/>
          <w:b w:val="0"/>
          <w:sz w:val="21"/>
        </w:rPr>
        <w:t>员工稳定，客户才稳定。</w:t>
      </w:r>
    </w:p>
    <w:p>
      <w:pPr>
        <w:pStyle w:val="ListBullet"/>
        <w:spacing w:after="80"/>
      </w:pPr>
      <w:r>
        <w:rPr>
          <w:rFonts w:ascii="Calibri" w:hAnsi="Calibri" w:eastAsia="Microsoft YaHei"/>
          <w:b w:val="0"/>
          <w:sz w:val="21"/>
        </w:rPr>
        <w:t>不靠压迫获得效率，不靠模糊获得利润。</w:t>
      </w:r>
    </w:p>
    <w:p>
      <w:pPr>
        <w:pStyle w:val="ListBullet"/>
        <w:spacing w:after="80"/>
      </w:pPr>
      <w:r>
        <w:rPr>
          <w:rFonts w:ascii="Calibri" w:hAnsi="Calibri" w:eastAsia="Microsoft YaHei"/>
          <w:b w:val="0"/>
          <w:sz w:val="21"/>
        </w:rPr>
        <w:t>尊重人，是PPP最重要的交付能力。</w:t>
      </w:r>
    </w:p>
    <w:p>
      <w:pPr>
        <w:pStyle w:val="ListBullet"/>
        <w:spacing w:after="80"/>
      </w:pPr>
      <w:r>
        <w:rPr>
          <w:rFonts w:ascii="Calibri" w:hAnsi="Calibri" w:eastAsia="Microsoft YaHei"/>
          <w:b w:val="0"/>
          <w:sz w:val="21"/>
        </w:rPr>
        <w:t>让每个人都有平等工作的权利，是我们的愿景，也是我们的底线。</w:t>
      </w:r>
    </w:p>
    <w:p>
      <w:pPr>
        <w:pStyle w:val="Heading1"/>
        <w:spacing w:after="120"/>
      </w:pPr>
      <w:r>
        <w:rPr>
          <w:rFonts w:ascii="Calibri" w:hAnsi="Calibri" w:eastAsia="Microsoft YaHei"/>
          <w:b w:val="0"/>
          <w:sz w:val="21"/>
        </w:rPr>
        <w:t>15. 最终文化表达</w:t>
      </w:r>
    </w:p>
    <w:p>
      <w:pPr>
        <w:pStyle w:val="Heading2"/>
        <w:spacing w:after="120"/>
      </w:pPr>
      <w:r>
        <w:rPr>
          <w:rFonts w:ascii="Calibri" w:hAnsi="Calibri" w:eastAsia="Microsoft YaHei"/>
          <w:b w:val="0"/>
          <w:sz w:val="21"/>
        </w:rPr>
        <w:t>Vision</w:t>
      </w:r>
    </w:p>
    <w:p>
      <w:pPr>
        <w:spacing w:after="120"/>
      </w:pPr>
      <w:r>
        <w:rPr>
          <w:rFonts w:ascii="Calibri" w:hAnsi="Calibri" w:eastAsia="Microsoft YaHei"/>
          <w:b/>
          <w:color w:val="002B5C"/>
          <w:sz w:val="21"/>
        </w:rPr>
        <w:t>To build a workforce community where every person has an equal right to dignified work.</w:t>
      </w:r>
    </w:p>
    <w:p>
      <w:pPr>
        <w:pStyle w:val="Heading2"/>
        <w:spacing w:after="120"/>
      </w:pPr>
      <w:r>
        <w:rPr>
          <w:rFonts w:ascii="Calibri" w:hAnsi="Calibri" w:eastAsia="Microsoft YaHei"/>
          <w:b w:val="0"/>
          <w:sz w:val="21"/>
        </w:rPr>
        <w:t>Mission</w:t>
      </w:r>
    </w:p>
    <w:p>
      <w:pPr>
        <w:spacing w:after="120"/>
      </w:pPr>
      <w:r>
        <w:rPr>
          <w:rFonts w:ascii="Calibri" w:hAnsi="Calibri" w:eastAsia="Microsoft YaHei"/>
          <w:b/>
          <w:color w:val="002B5C"/>
          <w:sz w:val="21"/>
        </w:rPr>
        <w:t>To make every person’s value seen, respected, and amplified.</w:t>
      </w:r>
    </w:p>
    <w:p>
      <w:pPr>
        <w:spacing w:after="120"/>
      </w:pPr>
      <w:r>
        <w:rPr>
          <w:rFonts w:ascii="Calibri" w:hAnsi="Calibri" w:eastAsia="Microsoft YaHei"/>
          <w:b/>
          <w:color w:val="002B5C"/>
          <w:sz w:val="21"/>
        </w:rPr>
        <w:t>让每个人的价值被看见、被尊重、被放大。</w:t>
      </w:r>
    </w:p>
    <w:p>
      <w:pPr>
        <w:pStyle w:val="Heading2"/>
        <w:spacing w:after="120"/>
      </w:pPr>
      <w:r>
        <w:rPr>
          <w:rFonts w:ascii="Calibri" w:hAnsi="Calibri" w:eastAsia="Microsoft YaHei"/>
          <w:b w:val="0"/>
          <w:sz w:val="21"/>
        </w:rPr>
        <w:t>Slogan</w:t>
      </w:r>
    </w:p>
    <w:p>
      <w:pPr>
        <w:spacing w:after="120"/>
      </w:pPr>
      <w:r>
        <w:rPr>
          <w:rFonts w:ascii="Calibri" w:hAnsi="Calibri" w:eastAsia="Microsoft YaHei"/>
          <w:b/>
          <w:color w:val="BF0A30"/>
          <w:sz w:val="28"/>
        </w:rPr>
        <w:t>Equal Rights to Work. Equal Respect at Work.</w:t>
      </w:r>
    </w:p>
    <w:p>
      <w:pPr>
        <w:pStyle w:val="Heading2"/>
        <w:spacing w:after="120"/>
      </w:pPr>
      <w:r>
        <w:rPr>
          <w:rFonts w:ascii="Calibri" w:hAnsi="Calibri" w:eastAsia="Microsoft YaHei"/>
          <w:b w:val="0"/>
          <w:sz w:val="21"/>
        </w:rPr>
        <w:t>Culture Code</w:t>
      </w:r>
    </w:p>
    <w:p>
      <w:pPr>
        <w:spacing w:after="120"/>
      </w:pPr>
      <w:r>
        <w:rPr>
          <w:rFonts w:ascii="Calibri" w:hAnsi="Calibri" w:eastAsia="Microsoft YaHei"/>
          <w:b/>
          <w:color w:val="BF0A30"/>
          <w:sz w:val="28"/>
        </w:rPr>
        <w:t>People First. Purpose Driven. Parity Always.</w:t>
      </w:r>
    </w:p>
    <w:p>
      <w:pPr>
        <w:pStyle w:val="Heading2"/>
        <w:spacing w:after="120"/>
      </w:pPr>
      <w:r>
        <w:rPr>
          <w:rFonts w:ascii="Calibri" w:hAnsi="Calibri" w:eastAsia="Microsoft YaHei"/>
          <w:b w:val="0"/>
          <w:sz w:val="21"/>
        </w:rPr>
        <w:t>Brand Promise</w:t>
      </w:r>
    </w:p>
    <w:p>
      <w:pPr>
        <w:spacing w:after="120"/>
      </w:pPr>
      <w:r>
        <w:rPr>
          <w:rFonts w:ascii="Calibri" w:hAnsi="Calibri" w:eastAsia="Microsoft YaHei"/>
          <w:b/>
          <w:color w:val="BF0A30"/>
          <w:sz w:val="28"/>
        </w:rPr>
        <w:t>Dignity for Workers. Trust for Employers.</w:t>
      </w:r>
    </w:p>
    <w:p>
      <w:pPr>
        <w:sectPr>
          <w:headerReference w:type="default" r:id="rId9"/>
          <w:footerReference w:type="default" r:id="rId10"/>
          <w:pgSz w:w="12240" w:h="15840"/>
          <w:pgMar w:top="1224" w:right="1224" w:bottom="1224" w:left="1224" w:header="648" w:footer="648" w:gutter="0"/>
          <w:cols w:space="720"/>
          <w:docGrid w:linePitch="360"/>
        </w:sectPr>
      </w:pPr>
    </w:p>
    <w:p>
      <w:pPr>
        <w:pStyle w:val="Heading1"/>
      </w:pPr>
      <w:r>
        <w:rPr>
          <w:rFonts w:ascii="Arial" w:hAnsi="Arial" w:eastAsia="Microsoft YaHei"/>
          <w:color w:val="061B3A"/>
        </w:rPr>
        <w:t>15. AI与具身机器人时代的文化升级 / Culture Upgrade for the AI and Embodied Robotics Era</w:t>
      </w:r>
    </w:p>
    <w:p>
      <w:pPr>
        <w:spacing w:after="120" w:line="283" w:lineRule="auto"/>
      </w:pPr>
      <w:r>
        <w:rPr>
          <w:rFonts w:ascii="Arial" w:hAnsi="Arial" w:eastAsia="Microsoft YaHei"/>
          <w:b/>
          <w:color w:val="005BBB"/>
          <w:sz w:val="24"/>
        </w:rPr>
        <w:t>核心主张 / Core Statement</w:t>
      </w:r>
    </w:p>
    <w:p>
      <w:pPr>
        <w:spacing w:after="120" w:line="283" w:lineRule="auto"/>
      </w:pPr>
      <w:r>
        <w:rPr>
          <w:rFonts w:ascii="Arial" w:hAnsi="Arial" w:eastAsia="Microsoft YaHei"/>
          <w:b/>
          <w:color w:val="061B3A"/>
          <w:sz w:val="26"/>
        </w:rPr>
        <w:t>主动拥抱AI与具身机器人时代，是为了让人的价值被更清楚地看见、更公平地尊重、更高效地放大。</w:t>
      </w:r>
    </w:p>
    <w:p>
      <w:pPr>
        <w:spacing w:after="120" w:line="283" w:lineRule="auto"/>
      </w:pPr>
      <w:r>
        <w:rPr>
          <w:rFonts w:ascii="Arial" w:hAnsi="Arial" w:eastAsia="Microsoft YaHei"/>
          <w:b/>
          <w:color w:val="061B3A"/>
          <w:sz w:val="25"/>
        </w:rPr>
        <w:t>We embrace AI and embodied robotics to make human value more visible, more respected, and more amplified.</w:t>
      </w:r>
    </w:p>
    <w:p>
      <w:pPr>
        <w:spacing w:after="120" w:line="283" w:lineRule="auto"/>
      </w:pPr>
      <w:r>
        <w:rPr>
          <w:rFonts w:ascii="Arial" w:hAnsi="Arial" w:eastAsia="Microsoft YaHei"/>
          <w:b w:val="0"/>
          <w:color w:val="4D5969"/>
          <w:sz w:val="21"/>
        </w:rPr>
        <w:t>PPP believes technology should serve people, not replace people. AI and embodied robotics are not separate from our culture; they are tools that help us practice People First, Purpose Driven and Parity Always in a more visible, scalable and measurable way.</w:t>
      </w:r>
    </w:p>
    <w:p>
      <w:pPr>
        <w:pStyle w:val="Heading2"/>
      </w:pPr>
      <w:r>
        <w:rPr>
          <w:rFonts w:ascii="Arial" w:hAnsi="Arial" w:eastAsia="Microsoft YaHei"/>
          <w:color w:val="005BBB"/>
        </w:rPr>
        <w:t>15.1 为什么我们主动拥抱AI与具身机器人 / Why PPP Embraces AI and Embodied Robotics</w:t>
      </w:r>
    </w:p>
    <w:tbl>
      <w:tblPr>
        <w:tblStyle w:val="TableGrid"/>
        <w:tblW w:type="auto" w:w="0"/>
        <w:tblLayout w:type="fixed"/>
        <w:tblLook w:firstColumn="1" w:firstRow="1" w:lastColumn="0" w:lastRow="0" w:noHBand="0" w:noVBand="1" w:val="04A0"/>
      </w:tblPr>
      <w:tblGrid>
        <w:gridCol w:w="4896"/>
        <w:gridCol w:w="4896"/>
      </w:tblGrid>
      <w:tr>
        <w:tc>
          <w:tcPr>
            <w:tcW w:type="dxa" w:w="4536"/>
            <w:shd w:fill="EAF4FF"/>
          </w:tcPr>
          <w:p>
            <w:pPr>
              <w:spacing w:after="40"/>
            </w:pPr>
            <w:r/>
            <w:r>
              <w:rPr>
                <w:rFonts w:ascii="Arial" w:hAnsi="Arial" w:eastAsia="Microsoft YaHei"/>
                <w:b/>
                <w:color w:val="005BBB"/>
                <w:sz w:val="22"/>
              </w:rPr>
              <w:t>中文说明</w:t>
            </w:r>
          </w:p>
        </w:tc>
        <w:tc>
          <w:tcPr>
            <w:tcW w:type="dxa" w:w="4536"/>
            <w:shd w:fill="EAF4FF"/>
          </w:tcPr>
          <w:p>
            <w:pPr>
              <w:spacing w:after="40"/>
            </w:pPr>
            <w:r/>
            <w:r>
              <w:rPr>
                <w:rFonts w:ascii="Arial" w:hAnsi="Arial" w:eastAsia="Microsoft YaHei"/>
                <w:b/>
                <w:color w:val="005BBB"/>
                <w:sz w:val="22"/>
              </w:rPr>
              <w:t>English Explanation</w:t>
            </w:r>
          </w:p>
        </w:tc>
      </w:tr>
      <w:tr>
        <w:tc>
          <w:tcPr>
            <w:tcW w:type="dxa" w:w="4536"/>
          </w:tcPr>
          <w:p>
            <w:pPr>
              <w:spacing w:after="40"/>
            </w:pPr>
            <w:r/>
            <w:r>
              <w:rPr>
                <w:rFonts w:ascii="Arial" w:hAnsi="Arial" w:eastAsia="Microsoft YaHei"/>
                <w:b w:val="0"/>
                <w:sz w:val="20"/>
              </w:rPr>
              <w:t>PPP拥抱AI与具身机器人，不是为了追逐技术热点，也不是为了简单减少人。我们的目标是让企业更清楚地理解用工状态、合规风险、员工需求和生产效率，让员工获得更明确的指引、更及时的支持和更公平的发展机会。</w:t>
            </w:r>
          </w:p>
        </w:tc>
        <w:tc>
          <w:tcPr>
            <w:tcW w:type="dxa" w:w="4536"/>
          </w:tcPr>
          <w:p>
            <w:pPr>
              <w:spacing w:after="40"/>
            </w:pPr>
            <w:r/>
            <w:r>
              <w:rPr>
                <w:rFonts w:ascii="Arial" w:hAnsi="Arial" w:eastAsia="Microsoft YaHei"/>
                <w:b w:val="0"/>
                <w:sz w:val="20"/>
              </w:rPr>
              <w:t>PPP embraces AI and embodied robotics not as a technology trend, and not simply to reduce people. Our goal is to help companies understand workforce status, compliance risk, employee needs and productivity more clearly, while giving workers clearer guidance, faster support and fairer opportunities.</w:t>
            </w:r>
          </w:p>
        </w:tc>
      </w:tr>
    </w:tbl>
    <w:p/>
    <w:tbl>
      <w:tblPr>
        <w:tblStyle w:val="TableGrid"/>
        <w:tblW w:type="auto" w:w="0"/>
        <w:tblLayout w:type="fixed"/>
        <w:tblLook w:firstColumn="1" w:firstRow="1" w:lastColumn="0" w:lastRow="0" w:noHBand="0" w:noVBand="1" w:val="04A0"/>
      </w:tblPr>
      <w:tblGrid>
        <w:gridCol w:w="4896"/>
        <w:gridCol w:w="4896"/>
      </w:tblGrid>
      <w:tr>
        <w:tc>
          <w:tcPr>
            <w:tcW w:type="dxa" w:w="4536"/>
            <w:shd w:fill="EAF4FF"/>
          </w:tcPr>
          <w:p>
            <w:pPr>
              <w:spacing w:after="40"/>
            </w:pPr>
            <w:r/>
            <w:r>
              <w:rPr>
                <w:rFonts w:ascii="Arial" w:hAnsi="Arial" w:eastAsia="Microsoft YaHei"/>
                <w:b/>
                <w:color w:val="005BBB"/>
                <w:sz w:val="22"/>
              </w:rPr>
              <w:t>技术定位</w:t>
            </w:r>
          </w:p>
        </w:tc>
        <w:tc>
          <w:tcPr>
            <w:tcW w:type="dxa" w:w="4536"/>
            <w:shd w:fill="EAF4FF"/>
          </w:tcPr>
          <w:p>
            <w:pPr>
              <w:spacing w:after="40"/>
            </w:pPr>
            <w:r/>
            <w:r>
              <w:rPr>
                <w:rFonts w:ascii="Arial" w:hAnsi="Arial" w:eastAsia="Microsoft YaHei"/>
                <w:b/>
                <w:color w:val="005BBB"/>
                <w:sz w:val="22"/>
              </w:rPr>
              <w:t>Technology Positioning</w:t>
            </w:r>
          </w:p>
        </w:tc>
      </w:tr>
      <w:tr>
        <w:tc>
          <w:tcPr>
            <w:tcW w:type="dxa" w:w="4536"/>
          </w:tcPr>
          <w:p>
            <w:pPr>
              <w:spacing w:after="40"/>
            </w:pPr>
            <w:r/>
            <w:r>
              <w:rPr>
                <w:rFonts w:ascii="Arial" w:hAnsi="Arial" w:eastAsia="Microsoft YaHei"/>
                <w:b w:val="0"/>
                <w:sz w:val="20"/>
              </w:rPr>
              <w:t>AI负责发现问题、提示风险、提升管理透明度；具身机器人负责承担重复、危险、高强度或不稳定的工作环节；人则应被培养到更安全、更有价值、更需要判断力和沟通能力的位置。</w:t>
            </w:r>
          </w:p>
        </w:tc>
        <w:tc>
          <w:tcPr>
            <w:tcW w:type="dxa" w:w="4536"/>
          </w:tcPr>
          <w:p>
            <w:pPr>
              <w:spacing w:after="40"/>
            </w:pPr>
            <w:r/>
            <w:r>
              <w:rPr>
                <w:rFonts w:ascii="Arial" w:hAnsi="Arial" w:eastAsia="Microsoft YaHei"/>
                <w:b w:val="0"/>
                <w:sz w:val="20"/>
              </w:rPr>
              <w:t>AI helps identify problems, flag risks and improve management visibility. Embodied robotics can take on repetitive, risky, physically demanding or unstable tasks. People should be developed toward safer, higher-value roles that require judgment, communication and accountability.</w:t>
            </w:r>
          </w:p>
        </w:tc>
      </w:tr>
    </w:tbl>
    <w:p/>
    <w:p>
      <w:pPr>
        <w:pStyle w:val="Heading2"/>
      </w:pPr>
      <w:r>
        <w:rPr>
          <w:rFonts w:ascii="Arial" w:hAnsi="Arial" w:eastAsia="Microsoft YaHei"/>
          <w:color w:val="005BBB"/>
        </w:rPr>
        <w:t>15.2 与三个P文化的融合 / Integration with the Three Ps</w:t>
      </w:r>
    </w:p>
    <w:tbl>
      <w:tblPr>
        <w:tblStyle w:val="TableGrid"/>
        <w:tblW w:type="auto" w:w="0"/>
        <w:tblLayout w:type="fixed"/>
        <w:tblLook w:firstColumn="1" w:firstRow="1" w:lastColumn="0" w:lastRow="0" w:noHBand="0" w:noVBand="1" w:val="04A0"/>
      </w:tblPr>
      <w:tblGrid>
        <w:gridCol w:w="4896"/>
        <w:gridCol w:w="4896"/>
      </w:tblGrid>
      <w:tr>
        <w:tc>
          <w:tcPr>
            <w:tcW w:type="dxa" w:w="4536"/>
            <w:shd w:fill="EAF4FF"/>
          </w:tcPr>
          <w:p>
            <w:pPr>
              <w:spacing w:after="40"/>
            </w:pPr>
            <w:r/>
            <w:r>
              <w:rPr>
                <w:rFonts w:ascii="Arial" w:hAnsi="Arial" w:eastAsia="Microsoft YaHei"/>
                <w:b/>
                <w:color w:val="005BBB"/>
                <w:sz w:val="22"/>
              </w:rPr>
              <w:t>People First / 以人为先</w:t>
            </w:r>
          </w:p>
        </w:tc>
        <w:tc>
          <w:tcPr>
            <w:tcW w:type="dxa" w:w="4536"/>
            <w:shd w:fill="EAF4FF"/>
          </w:tcPr>
          <w:p>
            <w:pPr>
              <w:spacing w:after="40"/>
            </w:pPr>
            <w:r/>
            <w:r>
              <w:rPr>
                <w:rFonts w:ascii="Arial" w:hAnsi="Arial" w:eastAsia="Microsoft YaHei"/>
                <w:b/>
                <w:color w:val="005BBB"/>
                <w:sz w:val="22"/>
              </w:rPr>
              <w:t>People First</w:t>
            </w:r>
          </w:p>
        </w:tc>
      </w:tr>
      <w:tr>
        <w:tc>
          <w:tcPr>
            <w:tcW w:type="dxa" w:w="4536"/>
          </w:tcPr>
          <w:p>
            <w:pPr>
              <w:spacing w:after="40"/>
            </w:pPr>
            <w:r/>
            <w:r>
              <w:rPr>
                <w:rFonts w:ascii="Arial" w:hAnsi="Arial" w:eastAsia="Microsoft YaHei"/>
                <w:b w:val="0"/>
                <w:sz w:val="20"/>
              </w:rPr>
              <w:t>AI与机器人不是人的替代者，而是人的能力放大器。我们优先保护人的尊严、安全、成长和公平机会，让技术承担重复、危险、低效的环节，让人走向更有价值的岗位。</w:t>
            </w:r>
          </w:p>
        </w:tc>
        <w:tc>
          <w:tcPr>
            <w:tcW w:type="dxa" w:w="4536"/>
          </w:tcPr>
          <w:p>
            <w:pPr>
              <w:spacing w:after="40"/>
            </w:pPr>
            <w:r/>
            <w:r>
              <w:rPr>
                <w:rFonts w:ascii="Arial" w:hAnsi="Arial" w:eastAsia="Microsoft YaHei"/>
                <w:b w:val="0"/>
                <w:sz w:val="20"/>
              </w:rPr>
              <w:t>AI and robotics are not replacements for people; they are amplifiers of human capability. We protect dignity, safety, growth and fair opportunity first, using technology to carry repetitive, risky and inefficient work so people can move toward higher-value roles.</w:t>
            </w:r>
          </w:p>
        </w:tc>
      </w:tr>
    </w:tbl>
    <w:p/>
    <w:tbl>
      <w:tblPr>
        <w:tblStyle w:val="TableGrid"/>
        <w:tblW w:type="auto" w:w="0"/>
        <w:tblLayout w:type="fixed"/>
        <w:tblLook w:firstColumn="1" w:firstRow="1" w:lastColumn="0" w:lastRow="0" w:noHBand="0" w:noVBand="1" w:val="04A0"/>
      </w:tblPr>
      <w:tblGrid>
        <w:gridCol w:w="4896"/>
        <w:gridCol w:w="4896"/>
      </w:tblGrid>
      <w:tr>
        <w:tc>
          <w:tcPr>
            <w:tcW w:type="dxa" w:w="4536"/>
            <w:shd w:fill="EAF4FF"/>
          </w:tcPr>
          <w:p>
            <w:pPr>
              <w:spacing w:after="40"/>
            </w:pPr>
            <w:r/>
            <w:r>
              <w:rPr>
                <w:rFonts w:ascii="Arial" w:hAnsi="Arial" w:eastAsia="Microsoft YaHei"/>
                <w:b/>
                <w:color w:val="005BBB"/>
                <w:sz w:val="22"/>
              </w:rPr>
              <w:t>Purpose Driven / 以使命为驱动</w:t>
            </w:r>
          </w:p>
        </w:tc>
        <w:tc>
          <w:tcPr>
            <w:tcW w:type="dxa" w:w="4536"/>
            <w:shd w:fill="EAF4FF"/>
          </w:tcPr>
          <w:p>
            <w:pPr>
              <w:spacing w:after="40"/>
            </w:pPr>
            <w:r/>
            <w:r>
              <w:rPr>
                <w:rFonts w:ascii="Arial" w:hAnsi="Arial" w:eastAsia="Microsoft YaHei"/>
                <w:b/>
                <w:color w:val="005BBB"/>
                <w:sz w:val="22"/>
              </w:rPr>
              <w:t>Purpose Driven</w:t>
            </w:r>
          </w:p>
        </w:tc>
      </w:tr>
      <w:tr>
        <w:tc>
          <w:tcPr>
            <w:tcW w:type="dxa" w:w="4536"/>
          </w:tcPr>
          <w:p>
            <w:pPr>
              <w:spacing w:after="40"/>
            </w:pPr>
            <w:r/>
            <w:r>
              <w:rPr>
                <w:rFonts w:ascii="Arial" w:hAnsi="Arial" w:eastAsia="Microsoft YaHei"/>
                <w:b w:val="0"/>
                <w:sz w:val="20"/>
              </w:rPr>
              <w:t>我们不为技术而技术。每一次AI系统、自动化流程、具身机器人方案的引入，都必须服务于明确目的：提升用工效率、降低合规风险、改善员工体验、帮助企业更稳定地运营。</w:t>
            </w:r>
          </w:p>
        </w:tc>
        <w:tc>
          <w:tcPr>
            <w:tcW w:type="dxa" w:w="4536"/>
          </w:tcPr>
          <w:p>
            <w:pPr>
              <w:spacing w:after="40"/>
            </w:pPr>
            <w:r/>
            <w:r>
              <w:rPr>
                <w:rFonts w:ascii="Arial" w:hAnsi="Arial" w:eastAsia="Microsoft YaHei"/>
                <w:b w:val="0"/>
                <w:sz w:val="20"/>
              </w:rPr>
              <w:t>We do not adopt technology for its own sake. Every AI workflow, automation process and robotics solution must serve a clear purpose: improving workforce efficiency, reducing compliance risk, improving employee experience and helping companies operate more reliably.</w:t>
            </w:r>
          </w:p>
        </w:tc>
      </w:tr>
    </w:tbl>
    <w:p/>
    <w:tbl>
      <w:tblPr>
        <w:tblStyle w:val="TableGrid"/>
        <w:tblW w:type="auto" w:w="0"/>
        <w:tblLayout w:type="fixed"/>
        <w:tblLook w:firstColumn="1" w:firstRow="1" w:lastColumn="0" w:lastRow="0" w:noHBand="0" w:noVBand="1" w:val="04A0"/>
      </w:tblPr>
      <w:tblGrid>
        <w:gridCol w:w="4896"/>
        <w:gridCol w:w="4896"/>
      </w:tblGrid>
      <w:tr>
        <w:tc>
          <w:tcPr>
            <w:tcW w:type="dxa" w:w="4536"/>
            <w:shd w:fill="EAF4FF"/>
          </w:tcPr>
          <w:p>
            <w:pPr>
              <w:spacing w:after="40"/>
            </w:pPr>
            <w:r/>
            <w:r>
              <w:rPr>
                <w:rFonts w:ascii="Arial" w:hAnsi="Arial" w:eastAsia="Microsoft YaHei"/>
                <w:b/>
                <w:color w:val="005BBB"/>
                <w:sz w:val="22"/>
              </w:rPr>
              <w:t>Parity Always / 以平等为准则</w:t>
            </w:r>
          </w:p>
        </w:tc>
        <w:tc>
          <w:tcPr>
            <w:tcW w:type="dxa" w:w="4536"/>
            <w:shd w:fill="EAF4FF"/>
          </w:tcPr>
          <w:p>
            <w:pPr>
              <w:spacing w:after="40"/>
            </w:pPr>
            <w:r/>
            <w:r>
              <w:rPr>
                <w:rFonts w:ascii="Arial" w:hAnsi="Arial" w:eastAsia="Microsoft YaHei"/>
                <w:b/>
                <w:color w:val="005BBB"/>
                <w:sz w:val="22"/>
              </w:rPr>
              <w:t>Parity Always</w:t>
            </w:r>
          </w:p>
        </w:tc>
      </w:tr>
      <w:tr>
        <w:tc>
          <w:tcPr>
            <w:tcW w:type="dxa" w:w="4536"/>
          </w:tcPr>
          <w:p>
            <w:pPr>
              <w:spacing w:after="40"/>
            </w:pPr>
            <w:r/>
            <w:r>
              <w:rPr>
                <w:rFonts w:ascii="Arial" w:hAnsi="Arial" w:eastAsia="Microsoft YaHei"/>
                <w:b w:val="0"/>
                <w:sz w:val="20"/>
              </w:rPr>
              <w:t>技术不能制造新的不平等。PPP推动所有员工，不论国籍、岗位、语言和教育背景，都能获得清晰指引、培训机会和数字化支持，在AI与机器人时代拥有平等参与未来工作的权利。</w:t>
            </w:r>
          </w:p>
        </w:tc>
        <w:tc>
          <w:tcPr>
            <w:tcW w:type="dxa" w:w="4536"/>
          </w:tcPr>
          <w:p>
            <w:pPr>
              <w:spacing w:after="40"/>
            </w:pPr>
            <w:r/>
            <w:r>
              <w:rPr>
                <w:rFonts w:ascii="Arial" w:hAnsi="Arial" w:eastAsia="Microsoft YaHei"/>
                <w:b w:val="0"/>
                <w:sz w:val="20"/>
              </w:rPr>
              <w:t>Technology must not create new inequality. PPP works to ensure that employees, regardless of nationality, role, language or education, can receive clear guidance, training opportunities and digital support, with equal access to participate in the future of work.</w:t>
            </w:r>
          </w:p>
        </w:tc>
      </w:tr>
    </w:tbl>
    <w:p/>
    <w:p>
      <w:pPr>
        <w:pStyle w:val="Heading2"/>
      </w:pPr>
      <w:r>
        <w:rPr>
          <w:rFonts w:ascii="Arial" w:hAnsi="Arial" w:eastAsia="Microsoft YaHei"/>
          <w:color w:val="005BBB"/>
        </w:rPr>
        <w:t>15.3 对客户、员工和PPP团队的意义 / What It Means for Clients, Workers and PPP Teams</w:t>
      </w:r>
    </w:p>
    <w:tbl>
      <w:tblPr>
        <w:tblStyle w:val="TableGrid"/>
        <w:tblW w:type="auto" w:w="0"/>
        <w:tblLook w:firstColumn="1" w:firstRow="1" w:lastColumn="0" w:lastRow="0" w:noHBand="0" w:noVBand="1" w:val="04A0"/>
      </w:tblPr>
      <w:tblGrid>
        <w:gridCol w:w="3264"/>
        <w:gridCol w:w="3264"/>
        <w:gridCol w:w="3264"/>
      </w:tblGrid>
      <w:tr>
        <w:tc>
          <w:tcPr>
            <w:tcW w:type="dxa" w:w="3264"/>
            <w:shd w:fill="061B3A"/>
          </w:tcPr>
          <w:p>
            <w:pPr>
              <w:spacing w:after="40"/>
            </w:pPr>
            <w:r/>
            <w:r>
              <w:rPr>
                <w:rFonts w:ascii="Arial" w:hAnsi="Arial" w:eastAsia="Microsoft YaHei"/>
                <w:b/>
                <w:color w:val="FFFFFF"/>
                <w:sz w:val="20"/>
              </w:rPr>
              <w:t>对象 / Audience</w:t>
            </w:r>
          </w:p>
        </w:tc>
        <w:tc>
          <w:tcPr>
            <w:tcW w:type="dxa" w:w="3264"/>
            <w:shd w:fill="061B3A"/>
          </w:tcPr>
          <w:p>
            <w:pPr>
              <w:spacing w:after="40"/>
            </w:pPr>
            <w:r/>
            <w:r>
              <w:rPr>
                <w:rFonts w:ascii="Arial" w:hAnsi="Arial" w:eastAsia="Microsoft YaHei"/>
                <w:b/>
                <w:color w:val="FFFFFF"/>
                <w:sz w:val="20"/>
              </w:rPr>
              <w:t>中文解释</w:t>
            </w:r>
          </w:p>
        </w:tc>
        <w:tc>
          <w:tcPr>
            <w:tcW w:type="dxa" w:w="3264"/>
            <w:shd w:fill="061B3A"/>
          </w:tcPr>
          <w:p>
            <w:pPr>
              <w:spacing w:after="40"/>
            </w:pPr>
            <w:r/>
            <w:r>
              <w:rPr>
                <w:rFonts w:ascii="Arial" w:hAnsi="Arial" w:eastAsia="Microsoft YaHei"/>
                <w:b/>
                <w:color w:val="FFFFFF"/>
                <w:sz w:val="20"/>
              </w:rPr>
              <w:t>English Explanation</w:t>
            </w:r>
          </w:p>
        </w:tc>
      </w:tr>
      <w:tr>
        <w:tc>
          <w:tcPr>
            <w:tcW w:type="dxa" w:w="3264"/>
          </w:tcPr>
          <w:p>
            <w:pPr>
              <w:spacing w:after="40"/>
            </w:pPr>
            <w:r/>
            <w:r>
              <w:rPr>
                <w:rFonts w:ascii="Arial" w:hAnsi="Arial" w:eastAsia="Microsoft YaHei"/>
                <w:b/>
                <w:color w:val="061B3A"/>
                <w:sz w:val="20"/>
              </w:rPr>
              <w:t>客户 / Clients</w:t>
            </w:r>
          </w:p>
        </w:tc>
        <w:tc>
          <w:tcPr>
            <w:tcW w:type="dxa" w:w="3264"/>
          </w:tcPr>
          <w:p>
            <w:pPr>
              <w:spacing w:after="40"/>
            </w:pPr>
            <w:r/>
            <w:r>
              <w:rPr>
                <w:rFonts w:ascii="Arial" w:hAnsi="Arial" w:eastAsia="Microsoft YaHei"/>
                <w:b w:val="0"/>
                <w:sz w:val="20"/>
              </w:rPr>
              <w:t>获得更透明的用工数据、更及时的风险提示、更可追踪的服务交付和更稳定的现场管理。</w:t>
            </w:r>
          </w:p>
        </w:tc>
        <w:tc>
          <w:tcPr>
            <w:tcW w:type="dxa" w:w="3264"/>
          </w:tcPr>
          <w:p>
            <w:pPr>
              <w:spacing w:after="40"/>
            </w:pPr>
            <w:r/>
            <w:r>
              <w:rPr>
                <w:rFonts w:ascii="Arial" w:hAnsi="Arial" w:eastAsia="Microsoft YaHei"/>
                <w:b w:val="0"/>
                <w:sz w:val="20"/>
              </w:rPr>
              <w:t>Clients gain clearer workforce data, faster risk alerts, traceable service delivery and more stable on-site management.</w:t>
            </w:r>
          </w:p>
        </w:tc>
      </w:tr>
      <w:tr>
        <w:tc>
          <w:tcPr>
            <w:tcW w:type="dxa" w:w="3264"/>
          </w:tcPr>
          <w:p>
            <w:pPr>
              <w:spacing w:after="40"/>
            </w:pPr>
            <w:r/>
            <w:r>
              <w:rPr>
                <w:rFonts w:ascii="Arial" w:hAnsi="Arial" w:eastAsia="Microsoft YaHei"/>
                <w:b/>
                <w:color w:val="061B3A"/>
                <w:sz w:val="20"/>
              </w:rPr>
              <w:t>员工 / Workers</w:t>
            </w:r>
          </w:p>
        </w:tc>
        <w:tc>
          <w:tcPr>
            <w:tcW w:type="dxa" w:w="3264"/>
          </w:tcPr>
          <w:p>
            <w:pPr>
              <w:spacing w:after="40"/>
            </w:pPr>
            <w:r/>
            <w:r>
              <w:rPr>
                <w:rFonts w:ascii="Arial" w:hAnsi="Arial" w:eastAsia="Microsoft YaHei"/>
                <w:b w:val="0"/>
                <w:sz w:val="20"/>
              </w:rPr>
              <w:t>获得更清楚的合同、工资、考勤、请假、签证和求助信息，并通过培训适应新的工作方式。</w:t>
            </w:r>
          </w:p>
        </w:tc>
        <w:tc>
          <w:tcPr>
            <w:tcW w:type="dxa" w:w="3264"/>
          </w:tcPr>
          <w:p>
            <w:pPr>
              <w:spacing w:after="40"/>
            </w:pPr>
            <w:r/>
            <w:r>
              <w:rPr>
                <w:rFonts w:ascii="Arial" w:hAnsi="Arial" w:eastAsia="Microsoft YaHei"/>
                <w:b w:val="0"/>
                <w:sz w:val="20"/>
              </w:rPr>
              <w:t>Workers receive clearer contract, wage, attendance, leave, visa and support information, with training to adapt to new ways of working.</w:t>
            </w:r>
          </w:p>
        </w:tc>
      </w:tr>
      <w:tr>
        <w:tc>
          <w:tcPr>
            <w:tcW w:type="dxa" w:w="3264"/>
          </w:tcPr>
          <w:p>
            <w:pPr>
              <w:spacing w:after="40"/>
            </w:pPr>
            <w:r/>
            <w:r>
              <w:rPr>
                <w:rFonts w:ascii="Arial" w:hAnsi="Arial" w:eastAsia="Microsoft YaHei"/>
                <w:b/>
                <w:color w:val="061B3A"/>
                <w:sz w:val="20"/>
              </w:rPr>
              <w:t>PPP团队 / PPP Team</w:t>
            </w:r>
          </w:p>
        </w:tc>
        <w:tc>
          <w:tcPr>
            <w:tcW w:type="dxa" w:w="3264"/>
          </w:tcPr>
          <w:p>
            <w:pPr>
              <w:spacing w:after="40"/>
            </w:pPr>
            <w:r/>
            <w:r>
              <w:rPr>
                <w:rFonts w:ascii="Arial" w:hAnsi="Arial" w:eastAsia="Microsoft YaHei"/>
                <w:b w:val="0"/>
                <w:sz w:val="20"/>
              </w:rPr>
              <w:t>从被动处理问题转向主动识别风险、主动服务客户、主动帮助员工成长。</w:t>
            </w:r>
          </w:p>
        </w:tc>
        <w:tc>
          <w:tcPr>
            <w:tcW w:type="dxa" w:w="3264"/>
          </w:tcPr>
          <w:p>
            <w:pPr>
              <w:spacing w:after="40"/>
            </w:pPr>
            <w:r/>
            <w:r>
              <w:rPr>
                <w:rFonts w:ascii="Arial" w:hAnsi="Arial" w:eastAsia="Microsoft YaHei"/>
                <w:b w:val="0"/>
                <w:sz w:val="20"/>
              </w:rPr>
              <w:t>PPP teams move from reactive issue handling to proactive risk identification, client service and worker development.</w:t>
            </w:r>
          </w:p>
        </w:tc>
      </w:tr>
    </w:tbl>
    <w:p/>
    <w:p>
      <w:pPr>
        <w:pStyle w:val="Heading2"/>
      </w:pPr>
      <w:r>
        <w:rPr>
          <w:rFonts w:ascii="Arial" w:hAnsi="Arial" w:eastAsia="Microsoft YaHei"/>
          <w:color w:val="005BBB"/>
        </w:rPr>
        <w:t>15.4 管理原则 / Management Principles</w:t>
      </w:r>
    </w:p>
    <w:p>
      <w:pPr>
        <w:spacing w:after="120" w:line="283" w:lineRule="auto"/>
      </w:pPr>
      <w:r>
        <w:rPr>
          <w:rFonts w:ascii="Arial" w:hAnsi="Arial" w:eastAsia="Microsoft YaHei"/>
          <w:b w:val="0"/>
          <w:sz w:val="21"/>
        </w:rPr>
        <w:t>- 技术必须服务于人 / Technology must serve people.</w:t>
      </w:r>
    </w:p>
    <w:p>
      <w:pPr>
        <w:spacing w:after="120" w:line="283" w:lineRule="auto"/>
      </w:pPr>
      <w:r>
        <w:rPr>
          <w:rFonts w:ascii="Arial" w:hAnsi="Arial" w:eastAsia="Microsoft YaHei"/>
          <w:b w:val="0"/>
          <w:sz w:val="21"/>
        </w:rPr>
        <w:t>- 自动化必须以安全、合规和尊严为边界 / Automation must be bounded by safety, compliance and dignity.</w:t>
      </w:r>
    </w:p>
    <w:p>
      <w:pPr>
        <w:spacing w:after="120" w:line="283" w:lineRule="auto"/>
      </w:pPr>
      <w:r>
        <w:rPr>
          <w:rFonts w:ascii="Arial" w:hAnsi="Arial" w:eastAsia="Microsoft YaHei"/>
          <w:b w:val="0"/>
          <w:sz w:val="21"/>
        </w:rPr>
        <w:t>- AI建议不能替代管理者的责任和判断 / AI recommendations cannot replace managerial responsibility and judgment.</w:t>
      </w:r>
    </w:p>
    <w:p>
      <w:pPr>
        <w:spacing w:after="120" w:line="283" w:lineRule="auto"/>
      </w:pPr>
      <w:r>
        <w:rPr>
          <w:rFonts w:ascii="Arial" w:hAnsi="Arial" w:eastAsia="Microsoft YaHei"/>
          <w:b w:val="0"/>
          <w:sz w:val="21"/>
        </w:rPr>
        <w:t>- 员工必须获得理解和使用新工具的机会 / Workers must have the opportunity to understand and use new tools.</w:t>
      </w:r>
    </w:p>
    <w:p>
      <w:pPr>
        <w:spacing w:after="120" w:line="283" w:lineRule="auto"/>
      </w:pPr>
      <w:r>
        <w:rPr>
          <w:rFonts w:ascii="Arial" w:hAnsi="Arial" w:eastAsia="Microsoft YaHei"/>
          <w:b w:val="0"/>
          <w:sz w:val="21"/>
        </w:rPr>
        <w:t>- 效率提升不能以不透明、不公平或不合法为代价 / Efficiency must not come at the cost of opacity, unfairness or illegality.</w:t>
      </w:r>
    </w:p>
    <w:p>
      <w:pPr>
        <w:pStyle w:val="Heading2"/>
      </w:pPr>
      <w:r>
        <w:rPr>
          <w:rFonts w:ascii="Arial" w:hAnsi="Arial" w:eastAsia="Microsoft YaHei"/>
          <w:color w:val="005BBB"/>
        </w:rPr>
        <w:t>15.5 对外表达建议 / External Messaging</w:t>
      </w:r>
    </w:p>
    <w:p>
      <w:pPr>
        <w:spacing w:after="120" w:line="283" w:lineRule="auto"/>
      </w:pPr>
      <w:r>
        <w:rPr>
          <w:rFonts w:ascii="Arial" w:hAnsi="Arial" w:eastAsia="Microsoft YaHei"/>
          <w:b/>
          <w:color w:val="C8102E"/>
          <w:sz w:val="24"/>
        </w:rPr>
        <w:t>中文：以人为本，向智能而行。</w:t>
      </w:r>
    </w:p>
    <w:p>
      <w:pPr>
        <w:spacing w:after="120" w:line="283" w:lineRule="auto"/>
      </w:pPr>
      <w:r>
        <w:rPr>
          <w:rFonts w:ascii="Arial" w:hAnsi="Arial" w:eastAsia="Microsoft YaHei"/>
          <w:b/>
          <w:color w:val="C8102E"/>
          <w:sz w:val="24"/>
        </w:rPr>
        <w:t>English: People First. Intelligence Forward.</w:t>
      </w:r>
    </w:p>
    <w:p>
      <w:pPr>
        <w:spacing w:after="120" w:line="283" w:lineRule="auto"/>
      </w:pPr>
      <w:r>
        <w:rPr>
          <w:rFonts w:ascii="Arial" w:hAnsi="Arial" w:eastAsia="Microsoft YaHei"/>
          <w:b/>
          <w:color w:val="005BBB"/>
          <w:sz w:val="24"/>
        </w:rPr>
        <w:t>技术板块副口号 / Technology Line: AI Empowered. Human Centered. Future Ready.</w:t>
      </w:r>
    </w:p>
    <w:sectPr w:rsidR="00FC693F" w:rsidRPr="0006063C" w:rsidSect="00034616">
      <w:pgSz w:w="12240" w:h="15840"/>
      <w:pgMar w:top="1224" w:right="1224" w:bottom="1224" w:left="1224" w:header="648" w:footer="64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Calibri" w:hAnsi="Calibri" w:eastAsia="Microsoft YaHei"/>
        <w:b w:val="0"/>
        <w:color w:val="5A626E"/>
        <w:sz w:val="16"/>
      </w:rPr>
      <w:t>Vision and Culture Manual | Internal Brand Standard</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right"/>
    </w:pPr>
    <w:r>
      <w:rPr>
        <w:rFonts w:ascii="Calibri" w:hAnsi="Calibri" w:eastAsia="Microsoft YaHei"/>
        <w:b w:val="0"/>
        <w:color w:val="5A626E"/>
        <w:sz w:val="17"/>
      </w:rPr>
      <w:t>Pacific People Partners | People · Purpose · Parity</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after="120" w:line="278" w:lineRule="auto"/>
    </w:pPr>
    <w:rPr>
      <w:rFonts w:ascii="Calibri" w:hAnsi="Calibri" w:eastAsia="Microsoft YaHei"/>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280" w:after="160"/>
      <w:outlineLvl w:val="0"/>
    </w:pPr>
    <w:rPr>
      <w:rFonts w:asciiTheme="majorHAnsi" w:eastAsiaTheme="majorEastAsia" w:hAnsiTheme="majorHAnsi" w:cstheme="majorBidi" w:ascii="Calibri" w:hAnsi="Calibri" w:eastAsia="Microsoft YaHei"/>
      <w:b/>
      <w:bCs/>
      <w:color w:val="002B5C"/>
      <w:sz w:val="32"/>
      <w:szCs w:val="28"/>
    </w:rPr>
  </w:style>
  <w:style w:type="paragraph" w:styleId="Heading2">
    <w:name w:val="heading 2"/>
    <w:basedOn w:val="Normal"/>
    <w:next w:val="Normal"/>
    <w:link w:val="Heading2Char"/>
    <w:uiPriority w:val="9"/>
    <w:unhideWhenUsed/>
    <w:qFormat/>
    <w:rsid w:val="00FC693F"/>
    <w:pPr>
      <w:keepNext/>
      <w:keepLines/>
      <w:spacing w:before="200" w:after="100"/>
      <w:outlineLvl w:val="1"/>
    </w:pPr>
    <w:rPr>
      <w:rFonts w:asciiTheme="majorHAnsi" w:eastAsiaTheme="majorEastAsia" w:hAnsiTheme="majorHAnsi" w:cstheme="majorBidi" w:ascii="Calibri" w:hAnsi="Calibri" w:eastAsia="Microsoft YaHei"/>
      <w:b/>
      <w:bCs/>
      <w:color w:val="0057B8"/>
      <w:sz w:val="26"/>
      <w:szCs w:val="26"/>
    </w:rPr>
  </w:style>
  <w:style w:type="paragraph" w:styleId="Heading3">
    <w:name w:val="heading 3"/>
    <w:basedOn w:val="Normal"/>
    <w:next w:val="Normal"/>
    <w:link w:val="Heading3Char"/>
    <w:uiPriority w:val="9"/>
    <w:unhideWhenUsed/>
    <w:qFormat/>
    <w:rsid w:val="00FC693F"/>
    <w:pPr>
      <w:keepNext/>
      <w:keepLines/>
      <w:spacing w:before="160" w:after="80"/>
      <w:outlineLvl w:val="2"/>
    </w:pPr>
    <w:rPr>
      <w:rFonts w:asciiTheme="majorHAnsi" w:eastAsiaTheme="majorEastAsia" w:hAnsiTheme="majorHAnsi" w:cstheme="majorBidi" w:ascii="Calibri" w:hAnsi="Calibri" w:eastAsia="Microsoft YaHei"/>
      <w:b/>
      <w:bCs/>
      <w:color w:val="BF0A30"/>
      <w:sz w:val="23"/>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Pacific People Partners 企业愿景与文化手册增强版</dc:title>
  <dc:subject/>
  <dc:creator>Pacific People Partners</dc:creator>
  <cp:keywords/>
  <dc:description>generated by python-docx</dc:description>
  <cp:lastModifiedBy/>
  <cp:revision>1</cp:revision>
  <dcterms:created xsi:type="dcterms:W3CDTF">2013-12-23T23:15:00Z</dcterms:created>
  <dcterms:modified xsi:type="dcterms:W3CDTF">2013-12-23T23:15:00Z</dcterms:modified>
  <cp:category/>
</cp:coreProperties>
</file>